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C920E6" w14:textId="25701615" w:rsidR="00DA6B4C" w:rsidRDefault="006E4044" w:rsidP="00AF73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76C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321F9A6" wp14:editId="7F3FB0C2">
                <wp:simplePos x="0" y="0"/>
                <wp:positionH relativeFrom="margin">
                  <wp:posOffset>-71120</wp:posOffset>
                </wp:positionH>
                <wp:positionV relativeFrom="paragraph">
                  <wp:posOffset>4859020</wp:posOffset>
                </wp:positionV>
                <wp:extent cx="7440295" cy="2574290"/>
                <wp:effectExtent l="0" t="0" r="27305" b="1651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40295" cy="2574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7CC0FD" w14:textId="4220C4E3" w:rsidR="00F76C1B" w:rsidRPr="009D1D8B" w:rsidRDefault="00F76C1B" w:rsidP="008452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017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highlight w:val="lightGray"/>
                                <w:u w:val="single"/>
                              </w:rPr>
                              <w:t>Procession</w:t>
                            </w:r>
                          </w:p>
                          <w:p w14:paraId="3CB67525" w14:textId="7E2E10F4" w:rsidR="00F76C1B" w:rsidRDefault="00F76C1B" w:rsidP="00F76C1B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34ED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 gavel raps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to stand the room</w:t>
                            </w:r>
                          </w:p>
                          <w:p w14:paraId="484D4E56" w14:textId="24AB2989" w:rsidR="009D1D8B" w:rsidRDefault="009D1D8B" w:rsidP="00F76C1B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16D0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Organist</w:t>
                            </w:r>
                            <w:r w:rsidRPr="00F76C1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will play “</w:t>
                            </w:r>
                            <w:r w:rsidRPr="0075630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Soon and Very Soon</w:t>
                            </w:r>
                            <w:r w:rsidRPr="00F76C1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”</w:t>
                            </w:r>
                          </w:p>
                          <w:p w14:paraId="0169B38C" w14:textId="340FA174" w:rsidR="00F76C1B" w:rsidRDefault="00F76C1B" w:rsidP="00F76C1B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16D0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K</w:t>
                            </w:r>
                            <w:r w:rsidR="00A40E8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ing</w:t>
                            </w:r>
                            <w:r w:rsidRPr="00416D0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Solomon</w:t>
                            </w:r>
                            <w:r w:rsidRPr="00F76C1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enters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and walks to the east</w:t>
                            </w:r>
                            <w:r w:rsidR="009D1D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and </w:t>
                            </w:r>
                            <w:r w:rsidR="00AD67A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goes</w:t>
                            </w:r>
                            <w:r w:rsidR="009D1D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behind the </w:t>
                            </w:r>
                            <w:r w:rsidR="001D482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Altar</w:t>
                            </w:r>
                            <w:r w:rsidRPr="00F76C1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8244425" w14:textId="098F8F2A" w:rsidR="009D1D8B" w:rsidRDefault="00416D07" w:rsidP="00F76C1B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16D0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King Solomon</w:t>
                            </w:r>
                            <w:r w:rsidRPr="00F76C1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76C1B" w:rsidRPr="009D1D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lights the three candles.</w:t>
                            </w:r>
                          </w:p>
                          <w:p w14:paraId="44BCB968" w14:textId="228422BA" w:rsidR="009D1D8B" w:rsidRDefault="009D1D8B" w:rsidP="00F76C1B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16D0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Oziel, the Chaplain and </w:t>
                            </w:r>
                            <w:r w:rsidR="00AA63C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the </w:t>
                            </w:r>
                            <w:r w:rsidRPr="00416D0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Recording Secretary,</w:t>
                            </w:r>
                            <w:r w:rsidRPr="009D1D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76C1B" w:rsidRPr="009D1D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will </w:t>
                            </w:r>
                            <w:r w:rsidRPr="009D1D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walk down the aisle towards the </w:t>
                            </w:r>
                            <w:r w:rsidR="001D482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Altar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in this order.</w:t>
                            </w:r>
                          </w:p>
                          <w:p w14:paraId="1EB43F1F" w14:textId="63F3C858" w:rsidR="009D1D8B" w:rsidRDefault="009D1D8B" w:rsidP="00F76C1B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At the </w:t>
                            </w:r>
                            <w:r w:rsidR="00AD67A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Altar,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16D0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Oziel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will turn and go to the right side of the </w:t>
                            </w:r>
                            <w:r w:rsidR="001D482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Altar</w:t>
                            </w:r>
                            <w:r w:rsidR="00AD67A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A6B4C" w:rsidRPr="00416D0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the </w:t>
                            </w:r>
                            <w:r w:rsidRPr="00416D0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Secretary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will turn left and go to the left of the </w:t>
                            </w:r>
                            <w:r w:rsidR="001D482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Altar</w:t>
                            </w:r>
                            <w:r w:rsidR="00AD67A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AD67A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t</w:t>
                            </w:r>
                            <w:r w:rsidR="00AD67A6" w:rsidRPr="00416D0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he Chaplain </w:t>
                            </w:r>
                            <w:r w:rsidR="00AD67A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will turn </w:t>
                            </w:r>
                            <w:r w:rsidR="004B327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right </w:t>
                            </w:r>
                            <w:r w:rsidR="00AD67A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and go to the right of the Altar</w:t>
                            </w:r>
                          </w:p>
                          <w:p w14:paraId="73D260E6" w14:textId="4A1DF624" w:rsidR="00DA6B4C" w:rsidRDefault="00F76C1B" w:rsidP="00DA6B4C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</w:pPr>
                            <w:r w:rsidRPr="00416D0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Queen Bathsheba</w:t>
                            </w:r>
                            <w:r w:rsidR="005A0C0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  <w:r w:rsidR="002D28D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D28DB" w:rsidRPr="002D28D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carrying the </w:t>
                            </w:r>
                            <w:r w:rsidR="002E2A6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Rose</w:t>
                            </w:r>
                            <w:r w:rsidR="004B327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4B3275" w:rsidRPr="004B327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on the right,</w:t>
                            </w:r>
                            <w:r w:rsidRPr="004B327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and</w:t>
                            </w:r>
                            <w:r w:rsidRPr="00416D0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Queen of </w:t>
                            </w:r>
                            <w:r w:rsidR="00D54CB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the South</w:t>
                            </w:r>
                            <w:r w:rsidR="005A0C0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5A0C00" w:rsidRPr="005A0C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carrying the</w:t>
                            </w:r>
                            <w:r w:rsidR="005A0C0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E2A6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Scroll</w:t>
                            </w:r>
                            <w:r w:rsidR="004B327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  <w:r w:rsidRPr="0084529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B327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on the left, </w:t>
                            </w:r>
                            <w:r w:rsidRPr="0084529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will walk </w:t>
                            </w:r>
                            <w:r w:rsidR="009D1D8B" w:rsidRPr="0084529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side by side </w:t>
                            </w:r>
                            <w:r w:rsidRPr="0084529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down the middle aisle and will part once they reach the </w:t>
                            </w:r>
                            <w:r w:rsidR="001D482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Altar</w:t>
                            </w:r>
                            <w:r w:rsidRPr="0084529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416D0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Queen Bathsheba</w:t>
                            </w:r>
                            <w:r w:rsidRPr="0084529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goes to the right</w:t>
                            </w:r>
                            <w:r w:rsidR="00DA6B4C" w:rsidRPr="0084529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  <w:r w:rsidRPr="0084529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and </w:t>
                            </w:r>
                            <w:r w:rsidRPr="00416D0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Queen of the</w:t>
                            </w:r>
                            <w:r w:rsidR="00D54CB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South</w:t>
                            </w:r>
                            <w:r w:rsidRPr="0084529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will go to the left.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21F9A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.6pt;margin-top:382.6pt;width:585.85pt;height:202.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">
                <v:textbox>
                  <w:txbxContent>
                    <w:p w14:paraId="4E7CC0FD" w14:textId="4220C4E3" w:rsidR="00F76C1B" w:rsidRPr="009D1D8B" w:rsidRDefault="00F76C1B" w:rsidP="0084529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10175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highlight w:val="lightGray"/>
                          <w:u w:val="single"/>
                        </w:rPr>
                        <w:t>Procession</w:t>
                      </w:r>
                    </w:p>
                    <w:p w14:paraId="3CB67525" w14:textId="7E2E10F4" w:rsidR="00F76C1B" w:rsidRDefault="00F76C1B" w:rsidP="00F76C1B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34ED2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 gavel raps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to stand the room</w:t>
                      </w:r>
                    </w:p>
                    <w:p w14:paraId="484D4E56" w14:textId="24AB2989" w:rsidR="009D1D8B" w:rsidRDefault="009D1D8B" w:rsidP="00F76C1B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16D0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Organist</w:t>
                      </w:r>
                      <w:r w:rsidRPr="00F76C1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will play “</w:t>
                      </w:r>
                      <w:r w:rsidRPr="0075630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Soon and Very Soon</w:t>
                      </w:r>
                      <w:r w:rsidRPr="00F76C1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”</w:t>
                      </w:r>
                    </w:p>
                    <w:p w14:paraId="0169B38C" w14:textId="340FA174" w:rsidR="00F76C1B" w:rsidRDefault="00F76C1B" w:rsidP="00F76C1B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16D0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K</w:t>
                      </w:r>
                      <w:r w:rsidR="00A40E8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ing</w:t>
                      </w:r>
                      <w:r w:rsidRPr="00416D0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Solomon</w:t>
                      </w:r>
                      <w:r w:rsidRPr="00F76C1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enters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and walks to the east</w:t>
                      </w:r>
                      <w:r w:rsidR="009D1D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and </w:t>
                      </w:r>
                      <w:r w:rsidR="00AD67A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goes</w:t>
                      </w:r>
                      <w:r w:rsidR="009D1D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behind the </w:t>
                      </w:r>
                      <w:r w:rsidR="001D482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Altar</w:t>
                      </w:r>
                      <w:r w:rsidRPr="00F76C1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58244425" w14:textId="098F8F2A" w:rsidR="009D1D8B" w:rsidRDefault="00416D07" w:rsidP="00F76C1B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16D0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King Solomon</w:t>
                      </w:r>
                      <w:r w:rsidRPr="00F76C1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F76C1B" w:rsidRPr="009D1D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lights the three candles.</w:t>
                      </w:r>
                    </w:p>
                    <w:p w14:paraId="44BCB968" w14:textId="228422BA" w:rsidR="009D1D8B" w:rsidRDefault="009D1D8B" w:rsidP="00F76C1B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16D0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Oziel, the Chaplain and </w:t>
                      </w:r>
                      <w:r w:rsidR="00AA63C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the </w:t>
                      </w:r>
                      <w:r w:rsidRPr="00416D0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Recording Secretary,</w:t>
                      </w:r>
                      <w:r w:rsidRPr="009D1D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F76C1B" w:rsidRPr="009D1D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will </w:t>
                      </w:r>
                      <w:r w:rsidRPr="009D1D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walk down the aisle towards the </w:t>
                      </w:r>
                      <w:r w:rsidR="001D482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Altar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in this order.</w:t>
                      </w:r>
                    </w:p>
                    <w:p w14:paraId="1EB43F1F" w14:textId="63F3C858" w:rsidR="009D1D8B" w:rsidRDefault="009D1D8B" w:rsidP="00F76C1B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At the </w:t>
                      </w:r>
                      <w:r w:rsidR="00AD67A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Altar,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416D0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Oziel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will turn and go to the right side of the </w:t>
                      </w:r>
                      <w:r w:rsidR="001D482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Altar</w:t>
                      </w:r>
                      <w:r w:rsidR="00AD67A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DA6B4C" w:rsidRPr="00416D0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the </w:t>
                      </w:r>
                      <w:r w:rsidRPr="00416D0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Secretary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will turn left and go to the left of the </w:t>
                      </w:r>
                      <w:r w:rsidR="001D482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Altar</w:t>
                      </w:r>
                      <w:r w:rsidR="00AD67A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r w:rsidR="00AD67A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t</w:t>
                      </w:r>
                      <w:r w:rsidR="00AD67A6" w:rsidRPr="00416D0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he Chaplain </w:t>
                      </w:r>
                      <w:r w:rsidR="00AD67A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will turn </w:t>
                      </w:r>
                      <w:r w:rsidR="004B327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right </w:t>
                      </w:r>
                      <w:r w:rsidR="00AD67A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and go to the right of the Altar</w:t>
                      </w:r>
                    </w:p>
                    <w:p w14:paraId="73D260E6" w14:textId="4A1DF624" w:rsidR="00DA6B4C" w:rsidRDefault="00F76C1B" w:rsidP="00DA6B4C">
                      <w:pPr>
                        <w:pStyle w:val="ListParagraph"/>
                        <w:numPr>
                          <w:ilvl w:val="0"/>
                          <w:numId w:val="13"/>
                        </w:numPr>
                      </w:pPr>
                      <w:r w:rsidRPr="00416D0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Queen Bathsheba</w:t>
                      </w:r>
                      <w:r w:rsidR="005A0C0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,</w:t>
                      </w:r>
                      <w:r w:rsidR="002D28D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2D28DB" w:rsidRPr="002D28D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carrying the </w:t>
                      </w:r>
                      <w:r w:rsidR="002E2A6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Rose</w:t>
                      </w:r>
                      <w:r w:rsidR="004B327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, </w:t>
                      </w:r>
                      <w:r w:rsidR="004B3275" w:rsidRPr="004B327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on the right,</w:t>
                      </w:r>
                      <w:r w:rsidRPr="004B327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and</w:t>
                      </w:r>
                      <w:r w:rsidRPr="00416D0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Queen of </w:t>
                      </w:r>
                      <w:r w:rsidR="00D54CB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the South</w:t>
                      </w:r>
                      <w:r w:rsidR="005A0C0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, </w:t>
                      </w:r>
                      <w:r w:rsidR="005A0C00" w:rsidRPr="005A0C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carrying the</w:t>
                      </w:r>
                      <w:r w:rsidR="005A0C0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2E2A6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Scroll</w:t>
                      </w:r>
                      <w:r w:rsidR="004B327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,</w:t>
                      </w:r>
                      <w:r w:rsidRPr="0084529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4B327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on the left, </w:t>
                      </w:r>
                      <w:r w:rsidRPr="0084529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will walk </w:t>
                      </w:r>
                      <w:r w:rsidR="009D1D8B" w:rsidRPr="0084529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side by side </w:t>
                      </w:r>
                      <w:r w:rsidRPr="0084529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down the middle aisle and will part once they reach the </w:t>
                      </w:r>
                      <w:r w:rsidR="001D482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Altar</w:t>
                      </w:r>
                      <w:r w:rsidRPr="0084529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r w:rsidRPr="00416D0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Queen Bathsheba</w:t>
                      </w:r>
                      <w:r w:rsidRPr="0084529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goes to the right</w:t>
                      </w:r>
                      <w:r w:rsidR="00DA6B4C" w:rsidRPr="0084529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  <w:r w:rsidRPr="0084529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and </w:t>
                      </w:r>
                      <w:r w:rsidRPr="00416D0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Queen of the</w:t>
                      </w:r>
                      <w:r w:rsidR="00D54CB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South</w:t>
                      </w:r>
                      <w:r w:rsidRPr="0084529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will go to the left.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5630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2DE177E" wp14:editId="4F5F0565">
                <wp:simplePos x="0" y="0"/>
                <wp:positionH relativeFrom="margin">
                  <wp:posOffset>5029200</wp:posOffset>
                </wp:positionH>
                <wp:positionV relativeFrom="paragraph">
                  <wp:posOffset>382270</wp:posOffset>
                </wp:positionV>
                <wp:extent cx="2350135" cy="2720340"/>
                <wp:effectExtent l="0" t="0" r="12065" b="2286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0135" cy="272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6FFB3" w14:textId="28D79DA1" w:rsidR="00AD67A6" w:rsidRPr="009B4017" w:rsidRDefault="0075630F" w:rsidP="003A4F60">
                            <w:pPr>
                              <w:spacing w:after="0"/>
                              <w:ind w:left="36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B401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highlight w:val="lightGray"/>
                                <w:u w:val="single"/>
                              </w:rPr>
                              <w:t xml:space="preserve">Official </w:t>
                            </w:r>
                            <w:r w:rsidR="002067A4" w:rsidRPr="009B401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highlight w:val="lightGray"/>
                                <w:u w:val="single"/>
                              </w:rPr>
                              <w:t>M</w:t>
                            </w:r>
                            <w:r w:rsidRPr="009B401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highlight w:val="lightGray"/>
                                <w:u w:val="single"/>
                              </w:rPr>
                              <w:t>usic</w:t>
                            </w:r>
                          </w:p>
                          <w:p w14:paraId="72C6EF05" w14:textId="54CC823C" w:rsidR="00F852D7" w:rsidRPr="009B4017" w:rsidRDefault="00F852D7" w:rsidP="003A4F60">
                            <w:pPr>
                              <w:spacing w:after="0"/>
                              <w:ind w:left="36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44AD1588" w14:textId="39BE3F21" w:rsidR="00F852D7" w:rsidRPr="009B4017" w:rsidRDefault="006E10E2" w:rsidP="003A4F60">
                            <w:pPr>
                              <w:spacing w:after="0"/>
                              <w:ind w:left="36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hyperlink r:id="rId8" w:history="1">
                              <w:r w:rsidR="00F852D7" w:rsidRPr="009B4017">
                                <w:rPr>
                                  <w:rStyle w:val="Hyperlink"/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“Soon </w:t>
                              </w:r>
                              <w:proofErr w:type="gramStart"/>
                              <w:r w:rsidR="00BC2F0A" w:rsidRPr="009B4017">
                                <w:rPr>
                                  <w:rStyle w:val="Hyperlink"/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A</w:t>
                              </w:r>
                              <w:r w:rsidR="00F852D7" w:rsidRPr="009B4017">
                                <w:rPr>
                                  <w:rStyle w:val="Hyperlink"/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nd</w:t>
                              </w:r>
                              <w:proofErr w:type="gramEnd"/>
                              <w:r w:rsidR="00F852D7" w:rsidRPr="009B4017">
                                <w:rPr>
                                  <w:rStyle w:val="Hyperlink"/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BC2F0A" w:rsidRPr="009B4017">
                                <w:rPr>
                                  <w:rStyle w:val="Hyperlink"/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V</w:t>
                              </w:r>
                              <w:r w:rsidR="00F852D7" w:rsidRPr="009B4017">
                                <w:rPr>
                                  <w:rStyle w:val="Hyperlink"/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ery </w:t>
                              </w:r>
                              <w:r w:rsidR="00BC2F0A" w:rsidRPr="009B4017">
                                <w:rPr>
                                  <w:rStyle w:val="Hyperlink"/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S</w:t>
                              </w:r>
                              <w:r w:rsidR="00F852D7" w:rsidRPr="009B4017">
                                <w:rPr>
                                  <w:rStyle w:val="Hyperlink"/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oon”</w:t>
                              </w:r>
                            </w:hyperlink>
                          </w:p>
                          <w:p w14:paraId="1D4FED18" w14:textId="13457CA3" w:rsidR="00F852D7" w:rsidRPr="009B4017" w:rsidRDefault="00F852D7" w:rsidP="003A4F60">
                            <w:pPr>
                              <w:spacing w:after="0"/>
                              <w:ind w:left="36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9B4017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Andre Crouch</w:t>
                            </w:r>
                          </w:p>
                          <w:p w14:paraId="364C6674" w14:textId="77777777" w:rsidR="00F852D7" w:rsidRPr="009B4017" w:rsidRDefault="00F852D7" w:rsidP="003A4F60">
                            <w:pPr>
                              <w:spacing w:after="0"/>
                              <w:ind w:left="360"/>
                              <w:jc w:val="center"/>
                              <w:rPr>
                                <w:rStyle w:val="Hyperlink"/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p w14:paraId="551190FA" w14:textId="1E47747B" w:rsidR="00AD67A6" w:rsidRPr="009B4017" w:rsidRDefault="0075630F" w:rsidP="003A4F60">
                            <w:pPr>
                              <w:spacing w:after="0"/>
                              <w:ind w:left="360"/>
                              <w:jc w:val="center"/>
                              <w:rPr>
                                <w:rStyle w:val="Hyperlink"/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9B4017">
                              <w:rPr>
                                <w:rStyle w:val="Hyperlink"/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“</w:t>
                            </w:r>
                            <w:r w:rsidR="00C055D2" w:rsidRPr="009B4017">
                              <w:rPr>
                                <w:rStyle w:val="Hyperlink"/>
                                <w:rFonts w:ascii="Times New Roman" w:hAnsi="Times New Roman" w:cs="Times New Roman"/>
                                <w:b/>
                                <w:iCs/>
                                <w:sz w:val="24"/>
                                <w:szCs w:val="24"/>
                              </w:rPr>
                              <w:t>Tomorrow</w:t>
                            </w:r>
                            <w:r w:rsidRPr="009B4017">
                              <w:rPr>
                                <w:rStyle w:val="Hyperlink"/>
                                <w:rFonts w:ascii="Times New Roman" w:hAnsi="Times New Roman" w:cs="Times New Roman"/>
                                <w:b/>
                                <w:iCs/>
                                <w:sz w:val="24"/>
                                <w:szCs w:val="24"/>
                              </w:rPr>
                              <w:t>”</w:t>
                            </w:r>
                          </w:p>
                          <w:p w14:paraId="7F3EAD34" w14:textId="77777777" w:rsidR="00F852D7" w:rsidRPr="009B4017" w:rsidRDefault="002067A4" w:rsidP="003A4F60">
                            <w:pPr>
                              <w:spacing w:after="0"/>
                              <w:ind w:left="36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9B4017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The Winans</w:t>
                            </w:r>
                          </w:p>
                          <w:p w14:paraId="4983B4E5" w14:textId="77777777" w:rsidR="00F852D7" w:rsidRPr="009B4017" w:rsidRDefault="00F852D7" w:rsidP="003A4F60">
                            <w:pPr>
                              <w:spacing w:after="0"/>
                              <w:ind w:left="360"/>
                              <w:jc w:val="center"/>
                              <w:rPr>
                                <w:rStyle w:val="Hyperlink"/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05FC2A1" w14:textId="179CBD48" w:rsidR="009B4017" w:rsidRPr="009B4017" w:rsidRDefault="006E10E2" w:rsidP="009B4017">
                            <w:pPr>
                              <w:spacing w:after="0"/>
                              <w:jc w:val="center"/>
                              <w:rPr>
                                <w:rStyle w:val="Hyperlink"/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hyperlink r:id="rId9" w:history="1">
                              <w:r w:rsidR="009B4017" w:rsidRPr="009B4017">
                                <w:rPr>
                                  <w:rStyle w:val="Hyperlink"/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He’ll Welcome Me</w:t>
                              </w:r>
                            </w:hyperlink>
                          </w:p>
                          <w:p w14:paraId="08C414EC" w14:textId="71AD6537" w:rsidR="009B4017" w:rsidRPr="009B4017" w:rsidRDefault="009B4017" w:rsidP="009B4017">
                            <w:pPr>
                              <w:spacing w:after="0"/>
                              <w:jc w:val="center"/>
                              <w:rPr>
                                <w:rStyle w:val="Hyperlink"/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</w:pPr>
                            <w:r w:rsidRPr="009B4017">
                              <w:rPr>
                                <w:rStyle w:val="Hyperlink"/>
                                <w:rFonts w:ascii="Times New Roman" w:hAnsi="Times New Roman" w:cs="Times New Roman"/>
                                <w:i/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  <w:t>New Line Community Choir feat John P. Kee</w:t>
                            </w:r>
                          </w:p>
                          <w:p w14:paraId="21D778AE" w14:textId="4FDCB02E" w:rsidR="00AD67A6" w:rsidRPr="00AD67A6" w:rsidRDefault="00AD67A6" w:rsidP="009B401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588DD1" wp14:editId="45B1BB34">
                                  <wp:extent cx="663575" cy="565422"/>
                                  <wp:effectExtent l="0" t="0" r="3175" b="6350"/>
                                  <wp:docPr id="10" name="Picture 10" descr="Music logo. Christian symbols. Believers in Jesus sing a song of glorification to the Lord. Gospel song vector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Music logo. Christian symbols. Believers in Jesus sing a song of glorification to the Lord. Gospel song vector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5139" cy="6008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18F2112" w14:textId="4AF4A913" w:rsidR="0075630F" w:rsidRDefault="0075630F"/>
                          <w:p w14:paraId="27070935" w14:textId="77777777" w:rsidR="0075630F" w:rsidRDefault="0075630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E177E" id="_x0000_s1027" type="#_x0000_t202" style="position:absolute;left:0;text-align:left;margin-left:396pt;margin-top:30.1pt;width:185.05pt;height:214.2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">
                <v:textbox>
                  <w:txbxContent>
                    <w:p w14:paraId="7AC6FFB3" w14:textId="28D79DA1" w:rsidR="00AD67A6" w:rsidRPr="009B4017" w:rsidRDefault="0075630F" w:rsidP="003A4F60">
                      <w:pPr>
                        <w:spacing w:after="0"/>
                        <w:ind w:left="36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9B401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highlight w:val="lightGray"/>
                          <w:u w:val="single"/>
                        </w:rPr>
                        <w:t xml:space="preserve">Official </w:t>
                      </w:r>
                      <w:r w:rsidR="002067A4" w:rsidRPr="009B401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highlight w:val="lightGray"/>
                          <w:u w:val="single"/>
                        </w:rPr>
                        <w:t>M</w:t>
                      </w:r>
                      <w:r w:rsidRPr="009B401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highlight w:val="lightGray"/>
                          <w:u w:val="single"/>
                        </w:rPr>
                        <w:t>usic</w:t>
                      </w:r>
                    </w:p>
                    <w:p w14:paraId="72C6EF05" w14:textId="54CC823C" w:rsidR="00F852D7" w:rsidRPr="009B4017" w:rsidRDefault="00F852D7" w:rsidP="003A4F60">
                      <w:pPr>
                        <w:spacing w:after="0"/>
                        <w:ind w:left="36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</w:pPr>
                    </w:p>
                    <w:p w14:paraId="44AD1588" w14:textId="39BE3F21" w:rsidR="00F852D7" w:rsidRPr="009B4017" w:rsidRDefault="007E428D" w:rsidP="003A4F60">
                      <w:pPr>
                        <w:spacing w:after="0"/>
                        <w:ind w:left="36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hyperlink r:id="rId11" w:history="1">
                        <w:r w:rsidR="00F852D7" w:rsidRPr="009B4017">
                          <w:rPr>
                            <w:rStyle w:val="Hyperlink"/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“Soon </w:t>
                        </w:r>
                        <w:proofErr w:type="gramStart"/>
                        <w:r w:rsidR="00BC2F0A" w:rsidRPr="009B4017">
                          <w:rPr>
                            <w:rStyle w:val="Hyperlink"/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A</w:t>
                        </w:r>
                        <w:r w:rsidR="00F852D7" w:rsidRPr="009B4017">
                          <w:rPr>
                            <w:rStyle w:val="Hyperlink"/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nd</w:t>
                        </w:r>
                        <w:proofErr w:type="gramEnd"/>
                        <w:r w:rsidR="00F852D7" w:rsidRPr="009B4017">
                          <w:rPr>
                            <w:rStyle w:val="Hyperlink"/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="00BC2F0A" w:rsidRPr="009B4017">
                          <w:rPr>
                            <w:rStyle w:val="Hyperlink"/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V</w:t>
                        </w:r>
                        <w:r w:rsidR="00F852D7" w:rsidRPr="009B4017">
                          <w:rPr>
                            <w:rStyle w:val="Hyperlink"/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ery </w:t>
                        </w:r>
                        <w:r w:rsidR="00BC2F0A" w:rsidRPr="009B4017">
                          <w:rPr>
                            <w:rStyle w:val="Hyperlink"/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S</w:t>
                        </w:r>
                        <w:r w:rsidR="00F852D7" w:rsidRPr="009B4017">
                          <w:rPr>
                            <w:rStyle w:val="Hyperlink"/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oon”</w:t>
                        </w:r>
                      </w:hyperlink>
                    </w:p>
                    <w:p w14:paraId="1D4FED18" w14:textId="13457CA3" w:rsidR="00F852D7" w:rsidRPr="009B4017" w:rsidRDefault="00F852D7" w:rsidP="003A4F60">
                      <w:pPr>
                        <w:spacing w:after="0"/>
                        <w:ind w:left="360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9B4017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Andre Crouch</w:t>
                      </w:r>
                    </w:p>
                    <w:p w14:paraId="364C6674" w14:textId="77777777" w:rsidR="00F852D7" w:rsidRPr="009B4017" w:rsidRDefault="00F852D7" w:rsidP="003A4F60">
                      <w:pPr>
                        <w:spacing w:after="0"/>
                        <w:ind w:left="360"/>
                        <w:jc w:val="center"/>
                        <w:rPr>
                          <w:rStyle w:val="Hyperlink"/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</w:pPr>
                    </w:p>
                    <w:p w14:paraId="551190FA" w14:textId="1E47747B" w:rsidR="00AD67A6" w:rsidRPr="009B4017" w:rsidRDefault="0075630F" w:rsidP="003A4F60">
                      <w:pPr>
                        <w:spacing w:after="0"/>
                        <w:ind w:left="360"/>
                        <w:jc w:val="center"/>
                        <w:rPr>
                          <w:rStyle w:val="Hyperlink"/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</w:pPr>
                      <w:r w:rsidRPr="009B4017">
                        <w:rPr>
                          <w:rStyle w:val="Hyperlink"/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  <w:t>“</w:t>
                      </w:r>
                      <w:r w:rsidR="00C055D2" w:rsidRPr="009B4017">
                        <w:rPr>
                          <w:rStyle w:val="Hyperlink"/>
                          <w:rFonts w:ascii="Times New Roman" w:hAnsi="Times New Roman" w:cs="Times New Roman"/>
                          <w:b/>
                          <w:iCs/>
                          <w:sz w:val="24"/>
                          <w:szCs w:val="24"/>
                        </w:rPr>
                        <w:t>Tomorrow</w:t>
                      </w:r>
                      <w:r w:rsidRPr="009B4017">
                        <w:rPr>
                          <w:rStyle w:val="Hyperlink"/>
                          <w:rFonts w:ascii="Times New Roman" w:hAnsi="Times New Roman" w:cs="Times New Roman"/>
                          <w:b/>
                          <w:iCs/>
                          <w:sz w:val="24"/>
                          <w:szCs w:val="24"/>
                        </w:rPr>
                        <w:t>”</w:t>
                      </w:r>
                    </w:p>
                    <w:p w14:paraId="7F3EAD34" w14:textId="77777777" w:rsidR="00F852D7" w:rsidRPr="009B4017" w:rsidRDefault="002067A4" w:rsidP="003A4F60">
                      <w:pPr>
                        <w:spacing w:after="0"/>
                        <w:ind w:left="360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9B4017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The Winans</w:t>
                      </w:r>
                    </w:p>
                    <w:p w14:paraId="4983B4E5" w14:textId="77777777" w:rsidR="00F852D7" w:rsidRPr="009B4017" w:rsidRDefault="00F852D7" w:rsidP="003A4F60">
                      <w:pPr>
                        <w:spacing w:after="0"/>
                        <w:ind w:left="360"/>
                        <w:jc w:val="center"/>
                        <w:rPr>
                          <w:rStyle w:val="Hyperlink"/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14:paraId="605FC2A1" w14:textId="179CBD48" w:rsidR="009B4017" w:rsidRPr="009B4017" w:rsidRDefault="009B4017" w:rsidP="009B4017">
                      <w:pPr>
                        <w:spacing w:after="0"/>
                        <w:jc w:val="center"/>
                        <w:rPr>
                          <w:rStyle w:val="Hyperlink"/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hyperlink r:id="rId12" w:history="1">
                        <w:r w:rsidRPr="009B4017">
                          <w:rPr>
                            <w:rStyle w:val="Hyperlink"/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He’ll Welcome Me</w:t>
                        </w:r>
                      </w:hyperlink>
                    </w:p>
                    <w:p w14:paraId="08C414EC" w14:textId="71AD6537" w:rsidR="009B4017" w:rsidRPr="009B4017" w:rsidRDefault="009B4017" w:rsidP="009B4017">
                      <w:pPr>
                        <w:spacing w:after="0"/>
                        <w:jc w:val="center"/>
                        <w:rPr>
                          <w:rStyle w:val="Hyperlink"/>
                          <w:rFonts w:ascii="Times New Roman" w:hAnsi="Times New Roman" w:cs="Times New Roman"/>
                          <w:i/>
                          <w:color w:val="auto"/>
                          <w:sz w:val="24"/>
                          <w:szCs w:val="24"/>
                          <w:u w:val="none"/>
                        </w:rPr>
                      </w:pPr>
                      <w:r w:rsidRPr="009B4017">
                        <w:rPr>
                          <w:rStyle w:val="Hyperlink"/>
                          <w:rFonts w:ascii="Times New Roman" w:hAnsi="Times New Roman" w:cs="Times New Roman"/>
                          <w:i/>
                          <w:color w:val="auto"/>
                          <w:sz w:val="24"/>
                          <w:szCs w:val="24"/>
                          <w:u w:val="none"/>
                        </w:rPr>
                        <w:t>New Line Community Choir feat John P. Kee</w:t>
                      </w:r>
                    </w:p>
                    <w:p w14:paraId="21D778AE" w14:textId="4FDCB02E" w:rsidR="00AD67A6" w:rsidRPr="00AD67A6" w:rsidRDefault="00AD67A6" w:rsidP="009B401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D588DD1" wp14:editId="45B1BB34">
                            <wp:extent cx="663575" cy="565422"/>
                            <wp:effectExtent l="0" t="0" r="3175" b="6350"/>
                            <wp:docPr id="10" name="Picture 10" descr="Music logo. Christian symbols. Believers in Jesus sing a song of glorification to the Lord. Gospel song vector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Music logo. Christian symbols. Believers in Jesus sing a song of glorification to the Lord. Gospel song vector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5139" cy="6008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18F2112" w14:textId="4AF4A913" w:rsidR="0075630F" w:rsidRDefault="0075630F"/>
                    <w:p w14:paraId="27070935" w14:textId="77777777" w:rsidR="0075630F" w:rsidRDefault="0075630F"/>
                  </w:txbxContent>
                </v:textbox>
                <w10:wrap type="square" anchorx="margin"/>
              </v:shape>
            </w:pict>
          </mc:Fallback>
        </mc:AlternateContent>
      </w:r>
      <w:r w:rsidR="009110BE" w:rsidRPr="009D163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48F8AEF" wp14:editId="6EE1DB0C">
                <wp:simplePos x="0" y="0"/>
                <wp:positionH relativeFrom="margin">
                  <wp:posOffset>-60325</wp:posOffset>
                </wp:positionH>
                <wp:positionV relativeFrom="paragraph">
                  <wp:posOffset>3201670</wp:posOffset>
                </wp:positionV>
                <wp:extent cx="7439025" cy="1556385"/>
                <wp:effectExtent l="0" t="0" r="28575" b="2476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39025" cy="1556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FC168" w14:textId="5471D8D0" w:rsidR="006B33E7" w:rsidRDefault="006B33E7" w:rsidP="007A5BBF">
                            <w:pPr>
                              <w:spacing w:after="0"/>
                              <w:jc w:val="center"/>
                            </w:pPr>
                            <w:r w:rsidRPr="006B33E7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Line up in the East</w:t>
                            </w:r>
                          </w:p>
                          <w:p w14:paraId="6465E5D7" w14:textId="145CED27" w:rsidR="00985CF7" w:rsidRDefault="0092701B" w:rsidP="007A5BBF">
                            <w:pPr>
                              <w:spacing w:after="0"/>
                              <w:jc w:val="center"/>
                            </w:pPr>
                            <w:r>
                              <w:t>Grand King Solomon</w:t>
                            </w:r>
                          </w:p>
                          <w:p w14:paraId="69F8DE00" w14:textId="1CEA5A09" w:rsidR="0092701B" w:rsidRDefault="007A5BBF" w:rsidP="007A5BBF">
                            <w:pPr>
                              <w:spacing w:after="0"/>
                              <w:jc w:val="center"/>
                            </w:pPr>
                            <w:r>
                              <w:t xml:space="preserve">              Queen of </w:t>
                            </w:r>
                            <w:r w:rsidR="00D54CB3">
                              <w:t>the South</w:t>
                            </w:r>
                            <w:r>
                              <w:t xml:space="preserve"> </w:t>
                            </w:r>
                            <w:proofErr w:type="gramStart"/>
                            <w:r>
                              <w:t>-  Sec</w:t>
                            </w:r>
                            <w:r w:rsidR="00DD030B">
                              <w:t>retary</w:t>
                            </w:r>
                            <w:proofErr w:type="gramEnd"/>
                            <w: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6BD8D7" wp14:editId="75FDDD48">
                                  <wp:extent cx="872822" cy="698388"/>
                                  <wp:effectExtent l="0" t="0" r="3810" b="6985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memorial altar.png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41905" cy="75366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Oziel  -  Chaplain  -  Queen Bathsheba</w:t>
                            </w:r>
                          </w:p>
                          <w:p w14:paraId="369CED63" w14:textId="77777777" w:rsidR="007A5BBF" w:rsidRDefault="007A5BBF" w:rsidP="007A5BB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9C23AC2" w14:textId="7F77EBC5" w:rsidR="007A5BBF" w:rsidRPr="007A5BBF" w:rsidRDefault="007A5BBF" w:rsidP="007A5BBF">
                            <w:pPr>
                              <w:spacing w:after="0"/>
                              <w:jc w:val="center"/>
                            </w:pPr>
                            <w:r w:rsidRPr="007A5BBF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  <w:t>This is the lineup as they face the West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F8AEF" id="_x0000_s1028" type="#_x0000_t202" style="position:absolute;left:0;text-align:left;margin-left:-4.75pt;margin-top:252.1pt;width:585.75pt;height:122.5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">
                <v:textbox>
                  <w:txbxContent>
                    <w:p w14:paraId="228FC168" w14:textId="5471D8D0" w:rsidR="006B33E7" w:rsidRDefault="006B33E7" w:rsidP="007A5BBF">
                      <w:pPr>
                        <w:spacing w:after="0"/>
                        <w:jc w:val="center"/>
                      </w:pPr>
                      <w:r w:rsidRPr="006B33E7">
                        <w:rPr>
                          <w:b/>
                          <w:sz w:val="28"/>
                          <w:szCs w:val="28"/>
                          <w:u w:val="single"/>
                        </w:rPr>
                        <w:t>Line up in the East</w:t>
                      </w:r>
                    </w:p>
                    <w:p w14:paraId="6465E5D7" w14:textId="145CED27" w:rsidR="00985CF7" w:rsidRDefault="0092701B" w:rsidP="007A5BBF">
                      <w:pPr>
                        <w:spacing w:after="0"/>
                        <w:jc w:val="center"/>
                      </w:pPr>
                      <w:r>
                        <w:t>Grand King Solomon</w:t>
                      </w:r>
                    </w:p>
                    <w:p w14:paraId="69F8DE00" w14:textId="1CEA5A09" w:rsidR="0092701B" w:rsidRDefault="007A5BBF" w:rsidP="007A5BBF">
                      <w:pPr>
                        <w:spacing w:after="0"/>
                        <w:jc w:val="center"/>
                      </w:pPr>
                      <w:r>
                        <w:t xml:space="preserve">              Queen of </w:t>
                      </w:r>
                      <w:r w:rsidR="00D54CB3">
                        <w:t>the South</w:t>
                      </w:r>
                      <w:r>
                        <w:t xml:space="preserve"> </w:t>
                      </w:r>
                      <w:proofErr w:type="gramStart"/>
                      <w:r>
                        <w:t>-  Sec</w:t>
                      </w:r>
                      <w:r w:rsidR="00DD030B">
                        <w:t>retary</w:t>
                      </w:r>
                      <w:proofErr w:type="gramEnd"/>
                      <w: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B6BD8D7" wp14:editId="75FDDD48">
                            <wp:extent cx="872822" cy="698388"/>
                            <wp:effectExtent l="0" t="0" r="3810" b="6985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memorial altar.png"/>
                                    <pic:cNvPicPr/>
                                  </pic:nvPicPr>
                                  <pic:blipFill>
                                    <a:blip r:embed="rId1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41905" cy="75366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Oziel  -  Chaplain  -  Queen Bathsheba</w:t>
                      </w:r>
                    </w:p>
                    <w:p w14:paraId="369CED63" w14:textId="77777777" w:rsidR="007A5BBF" w:rsidRDefault="007A5BBF" w:rsidP="007A5BB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59C23AC2" w14:textId="7F77EBC5" w:rsidR="007A5BBF" w:rsidRPr="007A5BBF" w:rsidRDefault="007A5BBF" w:rsidP="007A5BBF">
                      <w:pPr>
                        <w:spacing w:after="0"/>
                        <w:jc w:val="center"/>
                      </w:pPr>
                      <w:r w:rsidRPr="007A5BBF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</w:rPr>
                        <w:t>This is the lineup as they face the West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110BE" w:rsidRPr="009D163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6A439C87" wp14:editId="283B9903">
                <wp:simplePos x="0" y="0"/>
                <wp:positionH relativeFrom="column">
                  <wp:posOffset>-65405</wp:posOffset>
                </wp:positionH>
                <wp:positionV relativeFrom="paragraph">
                  <wp:posOffset>360680</wp:posOffset>
                </wp:positionV>
                <wp:extent cx="2688590" cy="2742565"/>
                <wp:effectExtent l="0" t="0" r="16510" b="1968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8590" cy="2742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EA091D" w14:textId="2014E3B5" w:rsidR="00EF12A5" w:rsidRPr="00F76C1B" w:rsidRDefault="00EF12A5" w:rsidP="008452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017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highlight w:val="lightGray"/>
                                <w:u w:val="single"/>
                              </w:rPr>
                              <w:t>Items Needed</w:t>
                            </w:r>
                          </w:p>
                          <w:p w14:paraId="1DC4B7A2" w14:textId="11FA0C3A" w:rsidR="00EF12A5" w:rsidRDefault="001D482B" w:rsidP="00EF12A5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Altar</w:t>
                            </w:r>
                          </w:p>
                          <w:p w14:paraId="40B3D244" w14:textId="5472FE16" w:rsidR="00C118BC" w:rsidRDefault="00C118BC" w:rsidP="00EF12A5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Gavel</w:t>
                            </w:r>
                          </w:p>
                          <w:p w14:paraId="1CAC4EE6" w14:textId="7BF48143" w:rsidR="00EF12A5" w:rsidRDefault="00EF12A5" w:rsidP="00EF12A5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F12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 Candles</w:t>
                            </w:r>
                            <w:r w:rsidR="004B327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/ Lighter</w:t>
                            </w:r>
                          </w:p>
                          <w:p w14:paraId="37C85C01" w14:textId="05A8BD93" w:rsidR="00F76C1B" w:rsidRDefault="00EF12A5" w:rsidP="00EF12A5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F12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Bible (opened to </w:t>
                            </w:r>
                            <w:r w:rsidRPr="00F76C1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John 14:1</w:t>
                            </w:r>
                            <w:r w:rsidRPr="00EF12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41BC95B8" w14:textId="3B0F3905" w:rsidR="00F76C1B" w:rsidRDefault="00EF12A5" w:rsidP="00EF12A5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76C1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White </w:t>
                            </w:r>
                            <w:r w:rsidR="00AF736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and/or Green </w:t>
                            </w:r>
                            <w:r w:rsidR="001D482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Altar</w:t>
                            </w:r>
                            <w:r w:rsidRPr="00F76C1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Cloth</w:t>
                            </w:r>
                          </w:p>
                          <w:p w14:paraId="496B9A2A" w14:textId="3A537C93" w:rsidR="00F76C1B" w:rsidRDefault="00985CF7" w:rsidP="00EF12A5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List of deceased (</w:t>
                            </w:r>
                            <w:r w:rsidR="009D16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Sorted by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State, District, or Council)</w:t>
                            </w:r>
                          </w:p>
                          <w:p w14:paraId="6A3EDA82" w14:textId="11CFB3B2" w:rsidR="00EF12A5" w:rsidRDefault="002E2A61" w:rsidP="00EF12A5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 Scroll</w:t>
                            </w:r>
                          </w:p>
                          <w:p w14:paraId="512DAB19" w14:textId="5801E14F" w:rsidR="00AF7365" w:rsidRPr="00F76C1B" w:rsidRDefault="00AF7365" w:rsidP="00EF12A5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 Rose</w:t>
                            </w:r>
                          </w:p>
                          <w:p w14:paraId="02356DEB" w14:textId="4C923555" w:rsidR="00EF12A5" w:rsidRDefault="00EF12A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39C87" id="_x0000_s1029" type="#_x0000_t202" style="position:absolute;left:0;text-align:left;margin-left:-5.15pt;margin-top:28.4pt;width:211.7pt;height:215.95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">
                <v:textbox>
                  <w:txbxContent>
                    <w:p w14:paraId="71EA091D" w14:textId="2014E3B5" w:rsidR="00EF12A5" w:rsidRPr="00F76C1B" w:rsidRDefault="00EF12A5" w:rsidP="0084529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10175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highlight w:val="lightGray"/>
                          <w:u w:val="single"/>
                        </w:rPr>
                        <w:t>Items Needed</w:t>
                      </w:r>
                    </w:p>
                    <w:p w14:paraId="1DC4B7A2" w14:textId="11FA0C3A" w:rsidR="00EF12A5" w:rsidRDefault="001D482B" w:rsidP="00EF12A5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Altar</w:t>
                      </w:r>
                    </w:p>
                    <w:p w14:paraId="40B3D244" w14:textId="5472FE16" w:rsidR="00C118BC" w:rsidRDefault="00C118BC" w:rsidP="00EF12A5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Gavel</w:t>
                      </w:r>
                    </w:p>
                    <w:p w14:paraId="1CAC4EE6" w14:textId="7BF48143" w:rsidR="00EF12A5" w:rsidRDefault="00EF12A5" w:rsidP="00EF12A5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F12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 Candles</w:t>
                      </w:r>
                      <w:r w:rsidR="004B327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/ Lighter</w:t>
                      </w:r>
                    </w:p>
                    <w:p w14:paraId="37C85C01" w14:textId="05A8BD93" w:rsidR="00F76C1B" w:rsidRDefault="00EF12A5" w:rsidP="00EF12A5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F12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Bible (opened to </w:t>
                      </w:r>
                      <w:r w:rsidRPr="00F76C1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John 14:1</w:t>
                      </w:r>
                      <w:r w:rsidRPr="00EF12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</w:p>
                    <w:p w14:paraId="41BC95B8" w14:textId="3B0F3905" w:rsidR="00F76C1B" w:rsidRDefault="00EF12A5" w:rsidP="00EF12A5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76C1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White </w:t>
                      </w:r>
                      <w:r w:rsidR="00AF736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and/or Green </w:t>
                      </w:r>
                      <w:r w:rsidR="001D482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Altar</w:t>
                      </w:r>
                      <w:r w:rsidRPr="00F76C1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Cloth</w:t>
                      </w:r>
                    </w:p>
                    <w:p w14:paraId="496B9A2A" w14:textId="3A537C93" w:rsidR="00F76C1B" w:rsidRDefault="00985CF7" w:rsidP="00EF12A5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List of deceased (</w:t>
                      </w:r>
                      <w:r w:rsidR="009D16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Sorted by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State, District, or Council)</w:t>
                      </w:r>
                    </w:p>
                    <w:p w14:paraId="6A3EDA82" w14:textId="11CFB3B2" w:rsidR="00EF12A5" w:rsidRDefault="002E2A61" w:rsidP="00EF12A5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 Scroll</w:t>
                      </w:r>
                    </w:p>
                    <w:p w14:paraId="512DAB19" w14:textId="5801E14F" w:rsidR="00AF7365" w:rsidRPr="00F76C1B" w:rsidRDefault="00AF7365" w:rsidP="00EF12A5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 Rose</w:t>
                      </w:r>
                    </w:p>
                    <w:p w14:paraId="02356DEB" w14:textId="4C923555" w:rsidR="00EF12A5" w:rsidRDefault="00EF12A5"/>
                  </w:txbxContent>
                </v:textbox>
                <w10:wrap type="square"/>
              </v:shape>
            </w:pict>
          </mc:Fallback>
        </mc:AlternateContent>
      </w:r>
      <w:r w:rsidR="009110BE" w:rsidRPr="00F76C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6423CC6" wp14:editId="56D38054">
                <wp:simplePos x="0" y="0"/>
                <wp:positionH relativeFrom="margin">
                  <wp:posOffset>2688046</wp:posOffset>
                </wp:positionH>
                <wp:positionV relativeFrom="paragraph">
                  <wp:posOffset>359954</wp:posOffset>
                </wp:positionV>
                <wp:extent cx="2280285" cy="2747645"/>
                <wp:effectExtent l="0" t="0" r="24765" b="1460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0285" cy="2747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8681FA" w14:textId="0DFA78B1" w:rsidR="00F76C1B" w:rsidRPr="00F76C1B" w:rsidRDefault="00F76C1B" w:rsidP="00845299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101753">
                              <w:rPr>
                                <w:b/>
                                <w:highlight w:val="lightGray"/>
                                <w:u w:val="single"/>
                              </w:rPr>
                              <w:t>Officers Needed</w:t>
                            </w:r>
                          </w:p>
                          <w:p w14:paraId="5CF4CC75" w14:textId="1C8EE45E" w:rsidR="00F76C1B" w:rsidRPr="00D81476" w:rsidRDefault="00F76C1B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D81476">
                              <w:rPr>
                                <w:b/>
                                <w:u w:val="single"/>
                              </w:rPr>
                              <w:t>King Solomon's Council</w:t>
                            </w:r>
                          </w:p>
                          <w:p w14:paraId="5480C67F" w14:textId="550CA7D0" w:rsidR="00F76C1B" w:rsidRPr="00D81476" w:rsidRDefault="00F76C1B" w:rsidP="00F76C1B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i/>
                              </w:rPr>
                            </w:pPr>
                            <w:r w:rsidRPr="00D81476">
                              <w:rPr>
                                <w:i/>
                              </w:rPr>
                              <w:t>King Solomon</w:t>
                            </w:r>
                            <w:r w:rsidR="00010142">
                              <w:rPr>
                                <w:i/>
                              </w:rPr>
                              <w:t xml:space="preserve"> - Cain</w:t>
                            </w:r>
                          </w:p>
                          <w:p w14:paraId="62C80581" w14:textId="798A8170" w:rsidR="00F76C1B" w:rsidRPr="00D81476" w:rsidRDefault="00F76C1B" w:rsidP="00F76C1B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i/>
                              </w:rPr>
                            </w:pPr>
                            <w:r w:rsidRPr="00D81476">
                              <w:rPr>
                                <w:i/>
                              </w:rPr>
                              <w:t>Oziel</w:t>
                            </w:r>
                            <w:r w:rsidR="00010142">
                              <w:rPr>
                                <w:i/>
                              </w:rPr>
                              <w:t xml:space="preserve"> - Harden</w:t>
                            </w:r>
                          </w:p>
                          <w:p w14:paraId="66EF7D18" w14:textId="0D430CBC" w:rsidR="009D1D8B" w:rsidRPr="00D81476" w:rsidRDefault="009D1D8B" w:rsidP="00F76C1B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i/>
                              </w:rPr>
                            </w:pPr>
                            <w:r w:rsidRPr="00D81476">
                              <w:rPr>
                                <w:i/>
                              </w:rPr>
                              <w:t>Recording Secretary</w:t>
                            </w:r>
                            <w:r w:rsidR="00010142">
                              <w:rPr>
                                <w:i/>
                              </w:rPr>
                              <w:t xml:space="preserve"> - Coy</w:t>
                            </w:r>
                          </w:p>
                          <w:p w14:paraId="743BB785" w14:textId="17E59B89" w:rsidR="00F76C1B" w:rsidRPr="00D81476" w:rsidRDefault="00F76C1B" w:rsidP="00F76C1B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i/>
                              </w:rPr>
                            </w:pPr>
                            <w:r w:rsidRPr="00D81476">
                              <w:rPr>
                                <w:i/>
                              </w:rPr>
                              <w:t>Chap</w:t>
                            </w:r>
                            <w:r w:rsidR="00416D07" w:rsidRPr="00D81476">
                              <w:rPr>
                                <w:i/>
                              </w:rPr>
                              <w:t>l</w:t>
                            </w:r>
                            <w:r w:rsidRPr="00D81476">
                              <w:rPr>
                                <w:i/>
                              </w:rPr>
                              <w:t>ain</w:t>
                            </w:r>
                            <w:r w:rsidR="00010142">
                              <w:rPr>
                                <w:i/>
                              </w:rPr>
                              <w:t xml:space="preserve"> - Jackson</w:t>
                            </w:r>
                          </w:p>
                          <w:p w14:paraId="77E9AA60" w14:textId="5D811B4B" w:rsidR="00F76C1B" w:rsidRPr="00D81476" w:rsidRDefault="00F76C1B" w:rsidP="00F76C1B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D81476">
                              <w:rPr>
                                <w:b/>
                                <w:u w:val="single"/>
                              </w:rPr>
                              <w:t>Queen of the South Palace</w:t>
                            </w:r>
                          </w:p>
                          <w:p w14:paraId="0EFF7EB9" w14:textId="64BEE267" w:rsidR="00F76C1B" w:rsidRPr="00D81476" w:rsidRDefault="00F76C1B" w:rsidP="00F76C1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i/>
                              </w:rPr>
                            </w:pPr>
                            <w:r w:rsidRPr="00D81476">
                              <w:rPr>
                                <w:i/>
                              </w:rPr>
                              <w:t>Queen Bathsheba</w:t>
                            </w:r>
                          </w:p>
                          <w:p w14:paraId="10BC9C21" w14:textId="0041CADA" w:rsidR="00F76C1B" w:rsidRPr="00D81476" w:rsidRDefault="00F76C1B" w:rsidP="00F76C1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i/>
                              </w:rPr>
                            </w:pPr>
                            <w:r w:rsidRPr="00D81476">
                              <w:rPr>
                                <w:i/>
                              </w:rPr>
                              <w:t>Queen of the S</w:t>
                            </w:r>
                            <w:r w:rsidR="00D54CB3">
                              <w:rPr>
                                <w:i/>
                              </w:rPr>
                              <w:t>outh</w:t>
                            </w:r>
                          </w:p>
                          <w:p w14:paraId="2733A115" w14:textId="3FE6DCD8" w:rsidR="0046149B" w:rsidRPr="00D81476" w:rsidRDefault="0046149B" w:rsidP="0046149B">
                            <w:pPr>
                              <w:rPr>
                                <w:i/>
                              </w:rPr>
                            </w:pPr>
                            <w:r w:rsidRPr="00D81476">
                              <w:rPr>
                                <w:i/>
                              </w:rPr>
                              <w:t>Organist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23CC6" id="_x0000_s1030" type="#_x0000_t202" style="position:absolute;left:0;text-align:left;margin-left:211.65pt;margin-top:28.35pt;width:179.55pt;height:216.3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">
                <v:textbox>
                  <w:txbxContent>
                    <w:p w14:paraId="5C8681FA" w14:textId="0DFA78B1" w:rsidR="00F76C1B" w:rsidRPr="00F76C1B" w:rsidRDefault="00F76C1B" w:rsidP="00845299">
                      <w:pPr>
                        <w:jc w:val="center"/>
                        <w:rPr>
                          <w:b/>
                          <w:u w:val="single"/>
                        </w:rPr>
                      </w:pPr>
                      <w:r w:rsidRPr="00101753">
                        <w:rPr>
                          <w:b/>
                          <w:highlight w:val="lightGray"/>
                          <w:u w:val="single"/>
                        </w:rPr>
                        <w:t>Officers Needed</w:t>
                      </w:r>
                    </w:p>
                    <w:p w14:paraId="5CF4CC75" w14:textId="1C8EE45E" w:rsidR="00F76C1B" w:rsidRPr="00D81476" w:rsidRDefault="00F76C1B">
                      <w:pPr>
                        <w:rPr>
                          <w:b/>
                          <w:u w:val="single"/>
                        </w:rPr>
                      </w:pPr>
                      <w:r w:rsidRPr="00D81476">
                        <w:rPr>
                          <w:b/>
                          <w:u w:val="single"/>
                        </w:rPr>
                        <w:t>King Solomon's Council</w:t>
                      </w:r>
                    </w:p>
                    <w:p w14:paraId="5480C67F" w14:textId="550CA7D0" w:rsidR="00F76C1B" w:rsidRPr="00D81476" w:rsidRDefault="00F76C1B" w:rsidP="00F76C1B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i/>
                        </w:rPr>
                      </w:pPr>
                      <w:r w:rsidRPr="00D81476">
                        <w:rPr>
                          <w:i/>
                        </w:rPr>
                        <w:t>King Solomon</w:t>
                      </w:r>
                      <w:r w:rsidR="00010142">
                        <w:rPr>
                          <w:i/>
                        </w:rPr>
                        <w:t xml:space="preserve"> - Cain</w:t>
                      </w:r>
                    </w:p>
                    <w:p w14:paraId="62C80581" w14:textId="798A8170" w:rsidR="00F76C1B" w:rsidRPr="00D81476" w:rsidRDefault="00F76C1B" w:rsidP="00F76C1B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i/>
                        </w:rPr>
                      </w:pPr>
                      <w:r w:rsidRPr="00D81476">
                        <w:rPr>
                          <w:i/>
                        </w:rPr>
                        <w:t>Oziel</w:t>
                      </w:r>
                      <w:r w:rsidR="00010142">
                        <w:rPr>
                          <w:i/>
                        </w:rPr>
                        <w:t xml:space="preserve"> - Harden</w:t>
                      </w:r>
                    </w:p>
                    <w:p w14:paraId="66EF7D18" w14:textId="0D430CBC" w:rsidR="009D1D8B" w:rsidRPr="00D81476" w:rsidRDefault="009D1D8B" w:rsidP="00F76C1B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i/>
                        </w:rPr>
                      </w:pPr>
                      <w:r w:rsidRPr="00D81476">
                        <w:rPr>
                          <w:i/>
                        </w:rPr>
                        <w:t>Recording Secretary</w:t>
                      </w:r>
                      <w:r w:rsidR="00010142">
                        <w:rPr>
                          <w:i/>
                        </w:rPr>
                        <w:t xml:space="preserve"> - Coy</w:t>
                      </w:r>
                    </w:p>
                    <w:p w14:paraId="743BB785" w14:textId="17E59B89" w:rsidR="00F76C1B" w:rsidRPr="00D81476" w:rsidRDefault="00F76C1B" w:rsidP="00F76C1B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i/>
                        </w:rPr>
                      </w:pPr>
                      <w:r w:rsidRPr="00D81476">
                        <w:rPr>
                          <w:i/>
                        </w:rPr>
                        <w:t>Chap</w:t>
                      </w:r>
                      <w:r w:rsidR="00416D07" w:rsidRPr="00D81476">
                        <w:rPr>
                          <w:i/>
                        </w:rPr>
                        <w:t>l</w:t>
                      </w:r>
                      <w:r w:rsidRPr="00D81476">
                        <w:rPr>
                          <w:i/>
                        </w:rPr>
                        <w:t>ain</w:t>
                      </w:r>
                      <w:r w:rsidR="00010142">
                        <w:rPr>
                          <w:i/>
                        </w:rPr>
                        <w:t xml:space="preserve"> - Jackson</w:t>
                      </w:r>
                    </w:p>
                    <w:p w14:paraId="77E9AA60" w14:textId="5D811B4B" w:rsidR="00F76C1B" w:rsidRPr="00D81476" w:rsidRDefault="00F76C1B" w:rsidP="00F76C1B">
                      <w:pPr>
                        <w:rPr>
                          <w:b/>
                          <w:u w:val="single"/>
                        </w:rPr>
                      </w:pPr>
                      <w:r w:rsidRPr="00D81476">
                        <w:rPr>
                          <w:b/>
                          <w:u w:val="single"/>
                        </w:rPr>
                        <w:t>Queen of the South Palace</w:t>
                      </w:r>
                    </w:p>
                    <w:p w14:paraId="0EFF7EB9" w14:textId="64BEE267" w:rsidR="00F76C1B" w:rsidRPr="00D81476" w:rsidRDefault="00F76C1B" w:rsidP="00F76C1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i/>
                        </w:rPr>
                      </w:pPr>
                      <w:r w:rsidRPr="00D81476">
                        <w:rPr>
                          <w:i/>
                        </w:rPr>
                        <w:t>Queen Bathsheba</w:t>
                      </w:r>
                    </w:p>
                    <w:p w14:paraId="10BC9C21" w14:textId="0041CADA" w:rsidR="00F76C1B" w:rsidRPr="00D81476" w:rsidRDefault="00F76C1B" w:rsidP="00F76C1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i/>
                        </w:rPr>
                      </w:pPr>
                      <w:r w:rsidRPr="00D81476">
                        <w:rPr>
                          <w:i/>
                        </w:rPr>
                        <w:t>Queen of the S</w:t>
                      </w:r>
                      <w:r w:rsidR="00D54CB3">
                        <w:rPr>
                          <w:i/>
                        </w:rPr>
                        <w:t>outh</w:t>
                      </w:r>
                    </w:p>
                    <w:p w14:paraId="2733A115" w14:textId="3FE6DCD8" w:rsidR="0046149B" w:rsidRPr="00D81476" w:rsidRDefault="0046149B" w:rsidP="0046149B">
                      <w:pPr>
                        <w:rPr>
                          <w:i/>
                        </w:rPr>
                      </w:pPr>
                      <w:r w:rsidRPr="00D81476">
                        <w:rPr>
                          <w:i/>
                        </w:rPr>
                        <w:t>Organist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81F00" w:rsidRPr="009D1633">
        <w:rPr>
          <w:rFonts w:ascii="Times New Roman" w:hAnsi="Times New Roman" w:cs="Times New Roman"/>
          <w:b/>
          <w:sz w:val="28"/>
          <w:szCs w:val="28"/>
          <w:u w:val="single"/>
        </w:rPr>
        <w:t>King Solomon Memorial Ceremony</w:t>
      </w:r>
    </w:p>
    <w:p w14:paraId="580BDDD9" w14:textId="77777777" w:rsidR="00101753" w:rsidRPr="00AF7365" w:rsidRDefault="00101753" w:rsidP="00AF73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80330DA" w14:textId="4FA726FF" w:rsidR="00BC349D" w:rsidRPr="00EF12A5" w:rsidRDefault="00DA6B4C">
      <w:pPr>
        <w:rPr>
          <w:rFonts w:ascii="Times New Roman" w:hAnsi="Times New Roman" w:cs="Times New Roman"/>
          <w:sz w:val="24"/>
          <w:szCs w:val="24"/>
        </w:rPr>
      </w:pPr>
      <w:r w:rsidRPr="00DA6B4C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100F539" wp14:editId="50F8E835">
                <wp:simplePos x="0" y="0"/>
                <wp:positionH relativeFrom="column">
                  <wp:posOffset>-125730</wp:posOffset>
                </wp:positionH>
                <wp:positionV relativeFrom="paragraph">
                  <wp:posOffset>3810</wp:posOffset>
                </wp:positionV>
                <wp:extent cx="7570470" cy="7951470"/>
                <wp:effectExtent l="0" t="0" r="11430" b="1143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70470" cy="7951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 id="6">
                        <w:txbxContent>
                          <w:p w14:paraId="2D984D32" w14:textId="1281C796" w:rsidR="00DA6B4C" w:rsidRPr="00DA6B4C" w:rsidRDefault="00DA6B4C" w:rsidP="0075630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017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highlight w:val="lightGray"/>
                                <w:u w:val="single"/>
                              </w:rPr>
                              <w:t>The Ceremony</w:t>
                            </w:r>
                          </w:p>
                          <w:p w14:paraId="1FE53C3D" w14:textId="14D4A0C4" w:rsidR="00DA6B4C" w:rsidRPr="00845299" w:rsidRDefault="00DA6B4C" w:rsidP="0075630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845299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King Solomon:</w:t>
                            </w:r>
                          </w:p>
                          <w:p w14:paraId="3C99D223" w14:textId="571A65FF" w:rsidR="00DA6B4C" w:rsidRPr="00EF12A5" w:rsidRDefault="00DA6B4C" w:rsidP="0075630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“</w:t>
                            </w:r>
                            <w:r w:rsidRPr="00EF12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King Solomons, Queen Bathshebas, Princes and Princesses</w:t>
                            </w:r>
                            <w:r w:rsidR="00A677E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F12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We are gathered here today to pay tribute and mourn our departed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Kings</w:t>
                            </w:r>
                            <w:r w:rsidRPr="00EF12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”</w:t>
                            </w:r>
                          </w:p>
                          <w:p w14:paraId="2681ED73" w14:textId="77777777" w:rsidR="00DA6B4C" w:rsidRDefault="00DA6B4C" w:rsidP="0075630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567D8DD8" w14:textId="688AD3E5" w:rsidR="00DA6B4C" w:rsidRPr="00845299" w:rsidRDefault="00DA6B4C" w:rsidP="0075630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845299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Oziel:</w:t>
                            </w:r>
                          </w:p>
                          <w:p w14:paraId="29B77BE0" w14:textId="1B939C5C" w:rsidR="00DA6B4C" w:rsidRPr="00EF12A5" w:rsidRDefault="00DA6B4C" w:rsidP="0075630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“</w:t>
                            </w:r>
                            <w:r w:rsidRPr="00EF12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Most Excellent King Solomon, may I be permitted to speak on behalf of our departed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Kings</w:t>
                            </w:r>
                            <w:r w:rsidRPr="00EF12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?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”</w:t>
                            </w:r>
                          </w:p>
                          <w:p w14:paraId="000AD886" w14:textId="77777777" w:rsidR="00DA6B4C" w:rsidRPr="00845299" w:rsidRDefault="00DA6B4C" w:rsidP="0075630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045F4F52" w14:textId="6281D590" w:rsidR="00DA6B4C" w:rsidRPr="00845299" w:rsidRDefault="00DA6B4C" w:rsidP="0075630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845299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King Solomon:</w:t>
                            </w:r>
                          </w:p>
                          <w:p w14:paraId="5772BC07" w14:textId="2FB94675" w:rsidR="00DA6B4C" w:rsidRPr="00EF12A5" w:rsidRDefault="00DA6B4C" w:rsidP="0075630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“</w:t>
                            </w:r>
                            <w:r w:rsidRPr="00EF12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Speak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Oziel</w:t>
                            </w:r>
                            <w:r w:rsidRPr="00EF12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”</w:t>
                            </w:r>
                          </w:p>
                          <w:p w14:paraId="67A43E12" w14:textId="77777777" w:rsidR="00DA6B4C" w:rsidRPr="00EF12A5" w:rsidRDefault="00DA6B4C" w:rsidP="0075630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22EE171A" w14:textId="6C4E9D44" w:rsidR="00DA6B4C" w:rsidRPr="00845299" w:rsidRDefault="00DA6B4C" w:rsidP="0075630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845299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Oziel:</w:t>
                            </w:r>
                          </w:p>
                          <w:p w14:paraId="22F8FCC4" w14:textId="6E8B830A" w:rsidR="00DA6B4C" w:rsidRPr="00EF12A5" w:rsidRDefault="00DA6B4C" w:rsidP="0075630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F12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“I will take the cup of salvation and call upon the name of the Lord. Precious in the sight of the Lord is the death of His saints.”</w:t>
                            </w:r>
                          </w:p>
                          <w:p w14:paraId="4505A725" w14:textId="77777777" w:rsidR="00DA6B4C" w:rsidRPr="00EF12A5" w:rsidRDefault="00DA6B4C" w:rsidP="0075630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4EA1C46" w14:textId="28900AC7" w:rsidR="00DA6B4C" w:rsidRPr="00845299" w:rsidRDefault="00DA6B4C" w:rsidP="0075630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845299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Secretary:</w:t>
                            </w:r>
                          </w:p>
                          <w:p w14:paraId="244B5723" w14:textId="344444E8" w:rsidR="00DA6B4C" w:rsidRDefault="00DA6B4C" w:rsidP="0075630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F12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In my hand, Most Excellent King Solomon, I </w:t>
                            </w:r>
                            <w:r w:rsidR="00BC3CD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mournfully </w:t>
                            </w:r>
                            <w:r w:rsidRPr="00EF12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carry</w:t>
                            </w:r>
                            <w:r w:rsidR="00BC3CD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B327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the </w:t>
                            </w:r>
                            <w:r w:rsidR="00BC3CD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names of the departed.”</w:t>
                            </w:r>
                          </w:p>
                          <w:p w14:paraId="48BB4377" w14:textId="5318041F" w:rsidR="00BC3CDF" w:rsidRDefault="00BC3CDF" w:rsidP="0075630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E73D9D9" w14:textId="07B5FFCB" w:rsidR="00BC3CDF" w:rsidRPr="00845299" w:rsidRDefault="00BC3CDF" w:rsidP="0075630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845299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King Solomon:</w:t>
                            </w:r>
                          </w:p>
                          <w:p w14:paraId="3D7944AE" w14:textId="22FB22C0" w:rsidR="00BC3CDF" w:rsidRDefault="00BC3CDF" w:rsidP="0075630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“</w:t>
                            </w:r>
                            <w:r w:rsidRPr="00EF12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Speak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their names.”</w:t>
                            </w:r>
                          </w:p>
                          <w:p w14:paraId="66F5075C" w14:textId="61284B7B" w:rsidR="00BC3CDF" w:rsidRDefault="00BC3CDF" w:rsidP="0075630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1E49F93" w14:textId="75B6D898" w:rsidR="00BC3CDF" w:rsidRPr="00845299" w:rsidRDefault="00BC3CDF" w:rsidP="0075630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845299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Secretary</w:t>
                            </w:r>
                            <w:r w:rsidR="007D435A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5B62F592" w14:textId="18B5045B" w:rsidR="00BC3CDF" w:rsidRDefault="00BC3CDF" w:rsidP="0075630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“As I call your (State, District</w:t>
                            </w:r>
                            <w:r w:rsidR="00AF736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or local Council), please stand in honor of your departed king</w:t>
                            </w:r>
                            <w:r w:rsidR="00AF736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”</w:t>
                            </w:r>
                          </w:p>
                          <w:p w14:paraId="06F0997D" w14:textId="573A2E73" w:rsidR="00BC3CDF" w:rsidRDefault="004B3275" w:rsidP="0075630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327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The </w:t>
                            </w:r>
                            <w:r w:rsidR="00BC3CDF" w:rsidRPr="009D163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Secretary</w:t>
                            </w:r>
                            <w:r w:rsidR="00BC3CD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will read the names of the departed Kings</w:t>
                            </w:r>
                            <w:r w:rsidR="0037663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FFD6D3C" w14:textId="4854677F" w:rsidR="0037663E" w:rsidRDefault="0037663E" w:rsidP="0075630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9133EAA" w14:textId="00A55180" w:rsidR="0037663E" w:rsidRPr="0037663E" w:rsidRDefault="0037663E" w:rsidP="0075630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37663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King Solomon:</w:t>
                            </w:r>
                          </w:p>
                          <w:p w14:paraId="61345DA9" w14:textId="26B05734" w:rsidR="0037663E" w:rsidRDefault="0037663E" w:rsidP="0075630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“Tell </w:t>
                            </w:r>
                            <w:r w:rsidR="00D54CB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Queen of the South, why </w:t>
                            </w:r>
                            <w:r w:rsidR="0099576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have you traveled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so far, and what are your gleanings of our departed Kings?</w:t>
                            </w:r>
                          </w:p>
                          <w:p w14:paraId="1B721D71" w14:textId="77777777" w:rsidR="00B5212B" w:rsidRDefault="00B5212B" w:rsidP="0075630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7A6DA78" w14:textId="4138D129" w:rsidR="00B5212B" w:rsidRDefault="00BC3CDF" w:rsidP="0075630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6A3F00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Queen o</w:t>
                            </w:r>
                            <w:r w:rsidR="006A3F00" w:rsidRPr="006A3F00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f</w:t>
                            </w:r>
                            <w:r w:rsidRPr="006A3F00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54CB3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the South</w:t>
                            </w:r>
                            <w:r w:rsidRPr="006A3F00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23031E16" w14:textId="0B7E69F0" w:rsidR="00B5212B" w:rsidRDefault="00166885" w:rsidP="0075630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“</w:t>
                            </w:r>
                            <w:r w:rsidR="00D54CB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Most Excellent King Solomon, r</w:t>
                            </w:r>
                            <w:r w:rsidRPr="00B5212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emember</w:t>
                            </w:r>
                            <w:r w:rsidR="00D54CB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  <w:r w:rsidRPr="00B5212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in </w:t>
                            </w:r>
                            <w:r w:rsidR="002E2A61">
                              <w:t>First Kings, chapter 10, verses 4-5</w:t>
                            </w:r>
                            <w:r w:rsidRPr="00B5212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  <w:r w:rsidR="002E2A6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7663E">
                              <w:rPr>
                                <w:i/>
                              </w:rPr>
                              <w:t>all</w:t>
                            </w:r>
                            <w:r w:rsidR="002E2A61" w:rsidRPr="0037663E">
                              <w:rPr>
                                <w:i/>
                              </w:rPr>
                              <w:t xml:space="preserve"> Israel heard of the king's judgment and honored him, for they saw that God had blessed him with wisdom to lead, discern, and administer justice with righteousness</w:t>
                            </w:r>
                            <w:r w:rsidR="002E2A61">
                              <w:t>.</w:t>
                            </w:r>
                            <w:r w:rsidRPr="006A3F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I place this </w:t>
                            </w:r>
                            <w:r w:rsidR="002E2A6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Scroll of Wisdom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representing the </w:t>
                            </w:r>
                            <w:r w:rsidR="002E2A6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wisdom God has bestowed upon </w:t>
                            </w:r>
                            <w:r w:rsidR="0037663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King </w:t>
                            </w:r>
                            <w:proofErr w:type="gramStart"/>
                            <w:r w:rsidR="0037663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Solomon.“</w:t>
                            </w:r>
                            <w:proofErr w:type="gramEnd"/>
                          </w:p>
                          <w:p w14:paraId="5E5417B9" w14:textId="77777777" w:rsidR="0037663E" w:rsidRDefault="0037663E" w:rsidP="0075630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F5FDA93" w14:textId="49FC38A7" w:rsidR="00B5212B" w:rsidRPr="007D435A" w:rsidRDefault="00B5212B" w:rsidP="0075630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w:pPr>
                            <w:r w:rsidRPr="007D435A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  <w:t>King Solomon:</w:t>
                            </w:r>
                          </w:p>
                          <w:p w14:paraId="3D91CECD" w14:textId="59D461AA" w:rsidR="00B5212B" w:rsidRPr="00B5212B" w:rsidRDefault="00B5212B" w:rsidP="0075630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“</w:t>
                            </w:r>
                            <w:r w:rsidRPr="00B5212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Tell </w:t>
                            </w:r>
                            <w:r w:rsidR="00D54CB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us</w:t>
                            </w:r>
                            <w:r w:rsidRPr="00B5212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 Bathsheba, Mother and Queen, what are your gleanings of our deceased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Kings?”</w:t>
                            </w:r>
                          </w:p>
                          <w:p w14:paraId="5B462683" w14:textId="77777777" w:rsidR="00B5212B" w:rsidRPr="00B5212B" w:rsidRDefault="00B5212B" w:rsidP="0075630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67AA5A6" w14:textId="2A080BDB" w:rsidR="00B5212B" w:rsidRPr="007D435A" w:rsidRDefault="00B5212B" w:rsidP="0075630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w:pPr>
                            <w:r w:rsidRPr="007D435A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  <w:t>Queen Bathsheba</w:t>
                            </w:r>
                            <w:r w:rsidR="009D1633" w:rsidRPr="007D435A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4214A036" w14:textId="587DDF91" w:rsidR="00166885" w:rsidRPr="006A3F00" w:rsidRDefault="00166885" w:rsidP="0016688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A3F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“Truly, Most Excellent King Solomon, our departed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Kings</w:t>
                            </w:r>
                            <w:r w:rsidRPr="006A3F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will be missed by all the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Princesses</w:t>
                            </w:r>
                            <w:r w:rsidRPr="006A3F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If it were not so,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 would not have told you</w:t>
                            </w:r>
                            <w:r w:rsidRPr="006A3F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We know that the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3F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deepest sorrow to man is the loss of his mother. But the deepest sorrow to a Mother is the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A3F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loss of her son. I place this </w:t>
                            </w:r>
                            <w:r w:rsidRPr="0016688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Rose</w:t>
                            </w:r>
                            <w:r w:rsidRPr="006A3F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on the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Altar</w:t>
                            </w:r>
                            <w:r w:rsidRPr="006A3F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to symbolize the love of our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departed </w:t>
                            </w:r>
                            <w:r w:rsidRPr="006A3F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Kings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6A3F0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”</w:t>
                            </w:r>
                          </w:p>
                          <w:p w14:paraId="4FC4D7B1" w14:textId="4AEBF916" w:rsidR="00B5212B" w:rsidRPr="007D435A" w:rsidRDefault="00B5212B" w:rsidP="0075630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</w:pPr>
                            <w:r w:rsidRPr="007D435A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sz w:val="24"/>
                                <w:szCs w:val="24"/>
                              </w:rPr>
                              <w:t>King Solomon:</w:t>
                            </w:r>
                          </w:p>
                          <w:p w14:paraId="4B22856D" w14:textId="2A5F9117" w:rsidR="00B5212B" w:rsidRPr="00B5212B" w:rsidRDefault="00B5212B" w:rsidP="0075630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B5212B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Takes two steps back (squares corner), walks behind </w:t>
                            </w:r>
                            <w:r w:rsidR="009735F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Oziel</w:t>
                            </w:r>
                            <w:r w:rsidRPr="00B5212B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and Queen Bathsheba,</w:t>
                            </w:r>
                          </w:p>
                          <w:p w14:paraId="066590DA" w14:textId="0EA7CD8F" w:rsidR="00B5212B" w:rsidRPr="00B5212B" w:rsidRDefault="00B5212B" w:rsidP="0075630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B5212B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(</w:t>
                            </w:r>
                            <w:r w:rsidR="00D96467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square</w:t>
                            </w:r>
                            <w:r w:rsidRPr="00B5212B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corner), walks to the front of the </w:t>
                            </w:r>
                            <w:r w:rsidR="001D482B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Altar</w:t>
                            </w:r>
                            <w:r w:rsidRPr="00B5212B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(squares corner), picks up </w:t>
                            </w:r>
                            <w:r w:rsidR="00D96467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the </w:t>
                            </w:r>
                            <w:r w:rsidRPr="00B5212B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Bible (squares</w:t>
                            </w:r>
                          </w:p>
                          <w:p w14:paraId="01729E0B" w14:textId="3D9F2ACE" w:rsidR="00B5212B" w:rsidRDefault="00B5212B" w:rsidP="0075630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B5212B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corner), turns towards the audience and begins to read</w:t>
                            </w:r>
                            <w:r w:rsidR="008E7B77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E7B77" w:rsidRPr="00F76C1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John 14:1</w:t>
                            </w:r>
                            <w:r w:rsidR="008E7B7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-6</w:t>
                            </w:r>
                            <w:r w:rsidRPr="00B5212B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2B3DA598" w14:textId="77777777" w:rsidR="00C7004A" w:rsidRDefault="00C7004A" w:rsidP="0075630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p w14:paraId="7A22C44C" w14:textId="77777777" w:rsidR="00C7004A" w:rsidRPr="00C7004A" w:rsidRDefault="0075630F" w:rsidP="00C7004A">
                            <w:pPr>
                              <w:pStyle w:val="chapter-2"/>
                              <w:shd w:val="clear" w:color="auto" w:fill="F2F2F2" w:themeFill="background1" w:themeFillShade="F2"/>
                              <w:spacing w:before="60" w:beforeAutospacing="0" w:after="200" w:afterAutospacing="0"/>
                              <w:rPr>
                                <w:rStyle w:val="text"/>
                                <w:i/>
                              </w:rPr>
                            </w:pPr>
                            <w:r w:rsidRPr="00C7004A">
                              <w:rPr>
                                <w:i/>
                              </w:rPr>
                              <w:t>“</w:t>
                            </w:r>
                            <w:r w:rsidR="00C7004A" w:rsidRPr="00C7004A">
                              <w:rPr>
                                <w:rStyle w:val="woj"/>
                                <w:i/>
                              </w:rPr>
                              <w:t>Let</w:t>
                            </w:r>
                            <w:r w:rsidR="00C7004A" w:rsidRPr="00C7004A">
                              <w:rPr>
                                <w:rStyle w:val="text"/>
                                <w:i/>
                              </w:rPr>
                              <w:t xml:space="preserve"> </w:t>
                            </w:r>
                            <w:r w:rsidR="00C7004A" w:rsidRPr="00C7004A">
                              <w:rPr>
                                <w:rStyle w:val="woj"/>
                                <w:i/>
                              </w:rPr>
                              <w:t>not your heart be troubled; you believe in God, believe also in Me.</w:t>
                            </w:r>
                          </w:p>
                          <w:p w14:paraId="3A4BFAA2" w14:textId="2C96CD92" w:rsidR="00C7004A" w:rsidRPr="00C7004A" w:rsidRDefault="00C7004A" w:rsidP="00C7004A">
                            <w:pPr>
                              <w:pStyle w:val="chapter-2"/>
                              <w:shd w:val="clear" w:color="auto" w:fill="F2F2F2" w:themeFill="background1" w:themeFillShade="F2"/>
                              <w:spacing w:before="60" w:beforeAutospacing="0" w:after="200" w:afterAutospacing="0"/>
                              <w:rPr>
                                <w:rStyle w:val="text"/>
                                <w:i/>
                              </w:rPr>
                            </w:pPr>
                            <w:r w:rsidRPr="00C7004A">
                              <w:rPr>
                                <w:rStyle w:val="woj"/>
                                <w:i/>
                              </w:rPr>
                              <w:t>In My Father’s house are many</w:t>
                            </w:r>
                            <w:r w:rsidRPr="00C7004A">
                              <w:rPr>
                                <w:rStyle w:val="text"/>
                                <w:i/>
                              </w:rPr>
                              <w:t xml:space="preserve"> </w:t>
                            </w:r>
                            <w:r w:rsidRPr="00C7004A">
                              <w:rPr>
                                <w:rStyle w:val="woj"/>
                                <w:i/>
                              </w:rPr>
                              <w:t xml:space="preserve">mansions; if </w:t>
                            </w:r>
                            <w:r w:rsidRPr="00C7004A">
                              <w:rPr>
                                <w:rStyle w:val="woj"/>
                                <w:i/>
                                <w:iCs/>
                              </w:rPr>
                              <w:t>it were</w:t>
                            </w:r>
                            <w:r w:rsidRPr="00C7004A">
                              <w:rPr>
                                <w:rStyle w:val="woj"/>
                                <w:i/>
                              </w:rPr>
                              <w:t xml:space="preserve"> not </w:t>
                            </w:r>
                            <w:r w:rsidRPr="00C7004A">
                              <w:rPr>
                                <w:rStyle w:val="woj"/>
                                <w:i/>
                                <w:iCs/>
                              </w:rPr>
                              <w:t>so,</w:t>
                            </w:r>
                            <w:r w:rsidRPr="00C7004A">
                              <w:rPr>
                                <w:rStyle w:val="text"/>
                                <w:i/>
                              </w:rPr>
                              <w:t xml:space="preserve"> </w:t>
                            </w:r>
                            <w:r w:rsidRPr="00C7004A">
                              <w:rPr>
                                <w:rStyle w:val="woj"/>
                                <w:i/>
                              </w:rPr>
                              <w:t>I would have told you.</w:t>
                            </w:r>
                            <w:r w:rsidRPr="00C7004A">
                              <w:rPr>
                                <w:rStyle w:val="text"/>
                                <w:i/>
                              </w:rPr>
                              <w:t xml:space="preserve"> </w:t>
                            </w:r>
                            <w:r w:rsidRPr="00C7004A">
                              <w:rPr>
                                <w:rStyle w:val="woj"/>
                                <w:i/>
                              </w:rPr>
                              <w:t>I go to prepare a place for you.</w:t>
                            </w:r>
                            <w:r w:rsidRPr="00C7004A">
                              <w:rPr>
                                <w:rStyle w:val="text"/>
                                <w:i/>
                              </w:rPr>
                              <w:t xml:space="preserve"> </w:t>
                            </w:r>
                          </w:p>
                          <w:p w14:paraId="450F121B" w14:textId="76D68A8C" w:rsidR="00C7004A" w:rsidRPr="00C7004A" w:rsidRDefault="00C7004A" w:rsidP="00C7004A">
                            <w:pPr>
                              <w:pStyle w:val="chapter-2"/>
                              <w:shd w:val="clear" w:color="auto" w:fill="F2F2F2" w:themeFill="background1" w:themeFillShade="F2"/>
                              <w:spacing w:before="60" w:beforeAutospacing="0" w:after="200" w:afterAutospacing="0"/>
                              <w:rPr>
                                <w:rStyle w:val="text"/>
                                <w:i/>
                              </w:rPr>
                            </w:pPr>
                            <w:r w:rsidRPr="00C7004A">
                              <w:rPr>
                                <w:rStyle w:val="woj"/>
                                <w:i/>
                              </w:rPr>
                              <w:t>And if I go and prepare a place for you,</w:t>
                            </w:r>
                            <w:r w:rsidRPr="00C7004A">
                              <w:rPr>
                                <w:rStyle w:val="text"/>
                                <w:i/>
                              </w:rPr>
                              <w:t xml:space="preserve"> </w:t>
                            </w:r>
                            <w:r w:rsidRPr="00C7004A">
                              <w:rPr>
                                <w:rStyle w:val="woj"/>
                                <w:i/>
                              </w:rPr>
                              <w:t>I will come again and receive you to Myself; that</w:t>
                            </w:r>
                            <w:r w:rsidRPr="00C7004A">
                              <w:rPr>
                                <w:rStyle w:val="text"/>
                                <w:i/>
                              </w:rPr>
                              <w:t xml:space="preserve"> </w:t>
                            </w:r>
                            <w:r w:rsidRPr="00C7004A">
                              <w:rPr>
                                <w:rStyle w:val="woj"/>
                                <w:i/>
                              </w:rPr>
                              <w:t xml:space="preserve">where I am, </w:t>
                            </w:r>
                            <w:r w:rsidRPr="00C7004A">
                              <w:rPr>
                                <w:rStyle w:val="woj"/>
                                <w:i/>
                                <w:iCs/>
                              </w:rPr>
                              <w:t>there</w:t>
                            </w:r>
                            <w:r w:rsidRPr="00C7004A">
                              <w:rPr>
                                <w:rStyle w:val="woj"/>
                                <w:i/>
                              </w:rPr>
                              <w:t xml:space="preserve"> you may be also.</w:t>
                            </w:r>
                            <w:r w:rsidRPr="00C7004A">
                              <w:rPr>
                                <w:rStyle w:val="text"/>
                                <w:i/>
                              </w:rPr>
                              <w:t xml:space="preserve"> </w:t>
                            </w:r>
                          </w:p>
                          <w:p w14:paraId="641C20B5" w14:textId="2A625C1C" w:rsidR="00C7004A" w:rsidRPr="00C7004A" w:rsidRDefault="00C7004A" w:rsidP="00C7004A">
                            <w:pPr>
                              <w:pStyle w:val="chapter-2"/>
                              <w:shd w:val="clear" w:color="auto" w:fill="F2F2F2" w:themeFill="background1" w:themeFillShade="F2"/>
                              <w:spacing w:before="60" w:beforeAutospacing="0" w:after="200" w:afterAutospacing="0"/>
                              <w:rPr>
                                <w:i/>
                              </w:rPr>
                            </w:pPr>
                            <w:r w:rsidRPr="00C7004A">
                              <w:rPr>
                                <w:rStyle w:val="woj"/>
                                <w:i/>
                              </w:rPr>
                              <w:t>And where I go you know, and the way you know.”</w:t>
                            </w:r>
                          </w:p>
                          <w:p w14:paraId="261FBD7C" w14:textId="680E5D15" w:rsidR="00C7004A" w:rsidRPr="00C7004A" w:rsidRDefault="00C7004A" w:rsidP="00C7004A">
                            <w:pPr>
                              <w:pStyle w:val="NormalWeb"/>
                              <w:shd w:val="clear" w:color="auto" w:fill="F2F2F2" w:themeFill="background1" w:themeFillShade="F2"/>
                              <w:spacing w:before="60" w:beforeAutospacing="0" w:after="200" w:afterAutospacing="0"/>
                              <w:rPr>
                                <w:i/>
                              </w:rPr>
                            </w:pPr>
                            <w:r w:rsidRPr="00C7004A">
                              <w:rPr>
                                <w:rStyle w:val="text"/>
                                <w:i/>
                              </w:rPr>
                              <w:t xml:space="preserve">Thomas said to Him, </w:t>
                            </w:r>
                            <w:r w:rsidRPr="00C7004A">
                              <w:rPr>
                                <w:rStyle w:val="text"/>
                                <w:b/>
                                <w:i/>
                              </w:rPr>
                              <w:t>Lord, we do not know where You are going, and how can we know the way?</w:t>
                            </w:r>
                          </w:p>
                          <w:p w14:paraId="1B4F3F8A" w14:textId="7643AA06" w:rsidR="0075630F" w:rsidRPr="00C7004A" w:rsidRDefault="00C7004A" w:rsidP="00C7004A">
                            <w:pPr>
                              <w:pStyle w:val="NormalWeb"/>
                              <w:shd w:val="clear" w:color="auto" w:fill="F2F2F2" w:themeFill="background1" w:themeFillShade="F2"/>
                              <w:spacing w:before="60" w:beforeAutospacing="0" w:after="200" w:afterAutospacing="0"/>
                              <w:rPr>
                                <w:i/>
                              </w:rPr>
                            </w:pPr>
                            <w:r w:rsidRPr="00C7004A">
                              <w:rPr>
                                <w:rStyle w:val="text"/>
                                <w:i/>
                              </w:rPr>
                              <w:t xml:space="preserve">Jesus said to him, </w:t>
                            </w:r>
                            <w:r w:rsidRPr="00C7004A">
                              <w:rPr>
                                <w:rStyle w:val="woj"/>
                                <w:b/>
                                <w:i/>
                              </w:rPr>
                              <w:t>I am</w:t>
                            </w:r>
                            <w:r w:rsidRPr="00C7004A">
                              <w:rPr>
                                <w:rStyle w:val="text"/>
                                <w:b/>
                                <w:i/>
                              </w:rPr>
                              <w:t xml:space="preserve"> </w:t>
                            </w:r>
                            <w:r w:rsidRPr="00C7004A">
                              <w:rPr>
                                <w:rStyle w:val="woj"/>
                                <w:b/>
                                <w:i/>
                              </w:rPr>
                              <w:t>the way,</w:t>
                            </w:r>
                            <w:r w:rsidRPr="00C7004A">
                              <w:rPr>
                                <w:rStyle w:val="text"/>
                                <w:b/>
                                <w:i/>
                              </w:rPr>
                              <w:t xml:space="preserve"> </w:t>
                            </w:r>
                            <w:r w:rsidRPr="00C7004A">
                              <w:rPr>
                                <w:rStyle w:val="woj"/>
                                <w:b/>
                                <w:i/>
                              </w:rPr>
                              <w:t>the truth, and</w:t>
                            </w:r>
                            <w:r w:rsidRPr="00C7004A">
                              <w:rPr>
                                <w:rStyle w:val="text"/>
                                <w:b/>
                                <w:i/>
                              </w:rPr>
                              <w:t xml:space="preserve"> </w:t>
                            </w:r>
                            <w:r w:rsidRPr="00C7004A">
                              <w:rPr>
                                <w:rStyle w:val="woj"/>
                                <w:b/>
                                <w:i/>
                              </w:rPr>
                              <w:t>the life.</w:t>
                            </w:r>
                            <w:r w:rsidRPr="00C7004A">
                              <w:rPr>
                                <w:rStyle w:val="text"/>
                                <w:b/>
                                <w:i/>
                              </w:rPr>
                              <w:t xml:space="preserve"> </w:t>
                            </w:r>
                            <w:r w:rsidRPr="00C7004A">
                              <w:rPr>
                                <w:rStyle w:val="woj"/>
                                <w:b/>
                                <w:i/>
                              </w:rPr>
                              <w:t>No one comes to the Father</w:t>
                            </w:r>
                            <w:r w:rsidRPr="00C7004A">
                              <w:rPr>
                                <w:rStyle w:val="text"/>
                                <w:b/>
                                <w:i/>
                              </w:rPr>
                              <w:t xml:space="preserve"> </w:t>
                            </w:r>
                            <w:r w:rsidRPr="00C7004A">
                              <w:rPr>
                                <w:rStyle w:val="woj"/>
                                <w:b/>
                                <w:i/>
                              </w:rPr>
                              <w:t>except through Me</w:t>
                            </w:r>
                            <w:r w:rsidRPr="00C7004A">
                              <w:rPr>
                                <w:rStyle w:val="woj"/>
                                <w:i/>
                              </w:rPr>
                              <w:t>.</w:t>
                            </w:r>
                            <w:r w:rsidR="0075630F" w:rsidRPr="00C7004A">
                              <w:rPr>
                                <w:i/>
                              </w:rPr>
                              <w:t>”</w:t>
                            </w:r>
                          </w:p>
                          <w:p w14:paraId="2530CB48" w14:textId="77777777" w:rsidR="009735FA" w:rsidRDefault="009735FA" w:rsidP="0075630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3D62041" w14:textId="19897D9A" w:rsidR="00B5212B" w:rsidRPr="00B5212B" w:rsidRDefault="00B5212B" w:rsidP="0075630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46149B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King Solomon</w:t>
                            </w:r>
                            <w:r w:rsidRPr="009735FA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5212B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returns the Bible to the </w:t>
                            </w:r>
                            <w:r w:rsidR="001D482B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Altar</w:t>
                            </w:r>
                            <w:r w:rsidRPr="00B5212B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and returns to his place behind the </w:t>
                            </w:r>
                            <w:r w:rsidR="00B22931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altar, squaring corners</w:t>
                            </w:r>
                            <w:r w:rsidRPr="00B5212B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1B9E86F" w14:textId="77777777" w:rsidR="009735FA" w:rsidRPr="00985CF7" w:rsidRDefault="009735FA" w:rsidP="0075630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p w14:paraId="60A668F8" w14:textId="55F8D150" w:rsidR="00B5212B" w:rsidRPr="00B5212B" w:rsidRDefault="0001722D" w:rsidP="0075630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Queen Bathsheba </w:t>
                            </w:r>
                            <w:r w:rsidRPr="0001722D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and </w:t>
                            </w:r>
                            <w:r w:rsidR="00B5212B" w:rsidRPr="0046149B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Queen of </w:t>
                            </w:r>
                            <w:r w:rsidR="00D54CB3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the South</w:t>
                            </w:r>
                            <w:r w:rsidR="00B5212B" w:rsidRPr="009735FA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take</w:t>
                            </w:r>
                            <w:r w:rsidR="00B5212B" w:rsidRPr="00B5212B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a step forward.</w:t>
                            </w:r>
                          </w:p>
                          <w:p w14:paraId="4CDC1928" w14:textId="77777777" w:rsidR="009735FA" w:rsidRPr="00985CF7" w:rsidRDefault="009735FA" w:rsidP="0075630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B15CCFB" w14:textId="50F01039" w:rsidR="00B5212B" w:rsidRPr="00B5212B" w:rsidRDefault="00B5212B" w:rsidP="0075630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46149B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Organist</w:t>
                            </w:r>
                            <w:r w:rsidRPr="00B5212B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begins to play </w:t>
                            </w:r>
                            <w:r w:rsidRPr="00F214F6">
                              <w:rPr>
                                <w:rFonts w:ascii="Times New Roman" w:hAnsi="Times New Roman" w:cs="Times New Roman"/>
                                <w:b/>
                                <w:iCs/>
                                <w:sz w:val="24"/>
                                <w:szCs w:val="24"/>
                              </w:rPr>
                              <w:t>“Tomorrow”</w:t>
                            </w:r>
                            <w:r w:rsidRPr="00B5212B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(first verse and chorus only).</w:t>
                            </w:r>
                          </w:p>
                          <w:p w14:paraId="316843E0" w14:textId="77777777" w:rsidR="009735FA" w:rsidRPr="00985CF7" w:rsidRDefault="009735FA" w:rsidP="0075630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E659FB0" w14:textId="7E2F76B7" w:rsidR="00B5212B" w:rsidRDefault="0001722D" w:rsidP="0075630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Queen Bathsheba </w:t>
                            </w:r>
                            <w:r w:rsidRPr="0001722D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and </w:t>
                            </w:r>
                            <w:r w:rsidRPr="0046149B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Queen of </w:t>
                            </w:r>
                            <w:r w:rsidR="00D54CB3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the South</w:t>
                            </w:r>
                            <w:r w:rsidRPr="009735FA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step</w:t>
                            </w:r>
                            <w:r w:rsidR="00B5212B" w:rsidRPr="00B5212B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back into line.</w:t>
                            </w:r>
                          </w:p>
                          <w:p w14:paraId="26F7B7A4" w14:textId="084CD11E" w:rsidR="003C1C49" w:rsidRPr="00734ED2" w:rsidRDefault="003C1C49" w:rsidP="0075630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5FF2AC4" w14:textId="4517D42B" w:rsidR="003C1C49" w:rsidRDefault="003C1C49" w:rsidP="0075630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34ED2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 gavel raps</w:t>
                            </w:r>
                          </w:p>
                          <w:p w14:paraId="3E333C0E" w14:textId="77777777" w:rsidR="00921AB0" w:rsidRDefault="00921AB0" w:rsidP="0075630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8466ABC" w14:textId="1CDEA457" w:rsidR="00CB164D" w:rsidRPr="00921AB0" w:rsidRDefault="00CB164D" w:rsidP="0075630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921AB0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King Solomon</w:t>
                            </w:r>
                            <w:r w:rsidR="00921AB0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2D288C52" w14:textId="6F20576E" w:rsidR="00CB164D" w:rsidRPr="00921AB0" w:rsidRDefault="00921AB0" w:rsidP="0075630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“</w:t>
                            </w:r>
                            <w:r w:rsidR="00CB164D" w:rsidRPr="00921AB0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Chaplain, give us a </w:t>
                            </w:r>
                            <w:r w:rsidRPr="00921AB0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Prayer of Comfort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.</w:t>
                            </w:r>
                            <w:r w:rsidRPr="00921AB0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”</w:t>
                            </w:r>
                          </w:p>
                          <w:p w14:paraId="208F0500" w14:textId="77777777" w:rsidR="009735FA" w:rsidRPr="00B5212B" w:rsidRDefault="009735FA" w:rsidP="0075630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p w14:paraId="7D499879" w14:textId="7B4E610E" w:rsidR="00B5212B" w:rsidRDefault="009735FA" w:rsidP="0075630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46149B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Chaplain</w:t>
                            </w:r>
                            <w:r w:rsidR="00B5212B" w:rsidRPr="00B5212B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C1C49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s</w:t>
                            </w:r>
                            <w:r w:rsidR="00B5212B" w:rsidRPr="00B5212B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teps forward</w:t>
                            </w:r>
                            <w:r w:rsidR="00B22931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to offer</w:t>
                            </w:r>
                            <w:r w:rsidR="00B5212B" w:rsidRPr="00B5212B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40FEE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a</w:t>
                            </w:r>
                            <w:r w:rsidR="00921AB0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prayer</w:t>
                            </w:r>
                            <w:r w:rsidR="00140FEE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of comfort</w:t>
                            </w:r>
                            <w:r w:rsidR="00B5212B" w:rsidRPr="009735FA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5212B" w:rsidRPr="00B5212B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and steps back in line when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5212B" w:rsidRPr="00B5212B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done.</w:t>
                            </w:r>
                          </w:p>
                          <w:p w14:paraId="57CA534F" w14:textId="07EAD61E" w:rsidR="009735FA" w:rsidRDefault="009735FA" w:rsidP="0075630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A206813" w14:textId="52C76719" w:rsidR="004262E9" w:rsidRDefault="009735FA" w:rsidP="0075630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6149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Organist</w:t>
                            </w:r>
                            <w:r w:rsidRPr="0046149B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F12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plays </w:t>
                            </w:r>
                            <w:r w:rsidR="004262E9" w:rsidRPr="004262E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“</w:t>
                            </w:r>
                            <w:r w:rsidR="000A136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He’ll Welcome Me</w:t>
                            </w:r>
                            <w:r w:rsidR="004262E9" w:rsidRPr="004262E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” </w:t>
                            </w:r>
                          </w:p>
                          <w:p w14:paraId="1F769AAF" w14:textId="77777777" w:rsidR="004262E9" w:rsidRDefault="004262E9" w:rsidP="0075630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63B4D71" w14:textId="21359679" w:rsidR="009735FA" w:rsidRPr="00EF12A5" w:rsidRDefault="009735FA" w:rsidP="0075630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F12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Procession exits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side by side and lines up in the back</w:t>
                            </w:r>
                            <w:r w:rsidR="00DC16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 leaving a space in the middle for King Solomon.</w:t>
                            </w:r>
                          </w:p>
                          <w:p w14:paraId="3F2315C6" w14:textId="77777777" w:rsidR="0075630F" w:rsidRDefault="0075630F" w:rsidP="0075630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14894B46" w14:textId="1BE5692C" w:rsidR="009735FA" w:rsidRPr="0046149B" w:rsidRDefault="009735FA" w:rsidP="0075630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46149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King Solomon</w:t>
                            </w:r>
                          </w:p>
                          <w:p w14:paraId="3C16D05A" w14:textId="77F133D6" w:rsidR="009735FA" w:rsidRDefault="00985CF7" w:rsidP="0075630F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</w:t>
                            </w:r>
                            <w:r w:rsidR="009735FA" w:rsidRPr="00985CF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lows out </w:t>
                            </w:r>
                            <w:r w:rsidR="00AA63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the </w:t>
                            </w:r>
                            <w:r w:rsidR="009735FA" w:rsidRPr="00985CF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candles</w:t>
                            </w:r>
                            <w:r w:rsidR="00AA63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1C106E7" w14:textId="77069474" w:rsidR="00985CF7" w:rsidRDefault="00985CF7" w:rsidP="0075630F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Walks around the </w:t>
                            </w:r>
                            <w:r w:rsidR="001D482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Altar</w:t>
                            </w:r>
                            <w:r w:rsidR="00DC16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and down the aisle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to the middle of the </w:t>
                            </w:r>
                            <w:r w:rsidR="00B2293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procession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in the back</w:t>
                            </w:r>
                            <w:r w:rsidR="00AA63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7A16FB" w14:textId="4FEE9288" w:rsidR="00C7004A" w:rsidRDefault="000A136B" w:rsidP="0075630F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Kings will say </w:t>
                            </w:r>
                            <w:r w:rsidR="00C700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“So Mote It Be” 3xs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(Queens will say “So May It Be”)</w:t>
                            </w:r>
                          </w:p>
                          <w:p w14:paraId="5243E08A" w14:textId="52EA6482" w:rsidR="009735FA" w:rsidRPr="00985CF7" w:rsidRDefault="00985CF7" w:rsidP="0075630F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85CF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He says</w:t>
                            </w:r>
                            <w:r w:rsidR="00B2293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  <w:r w:rsidRPr="00985CF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735FA" w:rsidRPr="00985CF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“This </w:t>
                            </w:r>
                            <w:r w:rsidR="000A136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concludes</w:t>
                            </w:r>
                            <w:r w:rsidR="009735FA" w:rsidRPr="00985CF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A136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the King </w:t>
                            </w:r>
                            <w:r w:rsidR="000A136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Solomons</w:t>
                            </w:r>
                            <w:bookmarkStart w:id="0" w:name="_GoBack"/>
                            <w:bookmarkEnd w:id="0"/>
                            <w:r w:rsidR="009735FA" w:rsidRPr="00985CF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Memorial Ceremony.”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0F539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-9.9pt;margin-top:.3pt;width:596.1pt;height:626.1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">
                <v:textbox style="mso-next-textbox:#_x0000_s1032">
                  <w:txbxContent>
                    <w:p w14:paraId="2D984D32" w14:textId="1281C796" w:rsidR="00DA6B4C" w:rsidRPr="00DA6B4C" w:rsidRDefault="00DA6B4C" w:rsidP="0075630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10175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highlight w:val="lightGray"/>
                          <w:u w:val="single"/>
                        </w:rPr>
                        <w:t>The Ceremony</w:t>
                      </w:r>
                    </w:p>
                    <w:p w14:paraId="1FE53C3D" w14:textId="14D4A0C4" w:rsidR="00DA6B4C" w:rsidRPr="00845299" w:rsidRDefault="00DA6B4C" w:rsidP="0075630F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845299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King Solomon:</w:t>
                      </w:r>
                    </w:p>
                    <w:p w14:paraId="3C99D223" w14:textId="571A65FF" w:rsidR="00DA6B4C" w:rsidRPr="00EF12A5" w:rsidRDefault="00DA6B4C" w:rsidP="0075630F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“</w:t>
                      </w:r>
                      <w:r w:rsidRPr="00EF12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King Solomons, Queen Bathshebas, Princes and Princesses</w:t>
                      </w:r>
                      <w:r w:rsidR="00A677E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EF12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We are gathered here today to pay tribute and mourn our departed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Kings</w:t>
                      </w:r>
                      <w:r w:rsidRPr="00EF12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”</w:t>
                      </w:r>
                    </w:p>
                    <w:p w14:paraId="2681ED73" w14:textId="77777777" w:rsidR="00DA6B4C" w:rsidRDefault="00DA6B4C" w:rsidP="0075630F">
                      <w:pPr>
                        <w:spacing w:after="0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</w:p>
                    <w:p w14:paraId="567D8DD8" w14:textId="688AD3E5" w:rsidR="00DA6B4C" w:rsidRPr="00845299" w:rsidRDefault="00DA6B4C" w:rsidP="0075630F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845299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Oziel:</w:t>
                      </w:r>
                    </w:p>
                    <w:p w14:paraId="29B77BE0" w14:textId="1B939C5C" w:rsidR="00DA6B4C" w:rsidRPr="00EF12A5" w:rsidRDefault="00DA6B4C" w:rsidP="0075630F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“</w:t>
                      </w:r>
                      <w:r w:rsidRPr="00EF12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Most Excellent King Solomon, may I be permitted to speak on behalf of our departed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Kings</w:t>
                      </w:r>
                      <w:r w:rsidRPr="00EF12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?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”</w:t>
                      </w:r>
                    </w:p>
                    <w:p w14:paraId="000AD886" w14:textId="77777777" w:rsidR="00DA6B4C" w:rsidRPr="00845299" w:rsidRDefault="00DA6B4C" w:rsidP="0075630F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14:paraId="045F4F52" w14:textId="6281D590" w:rsidR="00DA6B4C" w:rsidRPr="00845299" w:rsidRDefault="00DA6B4C" w:rsidP="0075630F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845299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King Solomon:</w:t>
                      </w:r>
                    </w:p>
                    <w:p w14:paraId="5772BC07" w14:textId="2FB94675" w:rsidR="00DA6B4C" w:rsidRPr="00EF12A5" w:rsidRDefault="00DA6B4C" w:rsidP="0075630F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“</w:t>
                      </w:r>
                      <w:r w:rsidRPr="00EF12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Speak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Oziel</w:t>
                      </w:r>
                      <w:r w:rsidRPr="00EF12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”</w:t>
                      </w:r>
                    </w:p>
                    <w:p w14:paraId="67A43E12" w14:textId="77777777" w:rsidR="00DA6B4C" w:rsidRPr="00EF12A5" w:rsidRDefault="00DA6B4C" w:rsidP="0075630F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22EE171A" w14:textId="6C4E9D44" w:rsidR="00DA6B4C" w:rsidRPr="00845299" w:rsidRDefault="00DA6B4C" w:rsidP="0075630F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845299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Oziel:</w:t>
                      </w:r>
                    </w:p>
                    <w:p w14:paraId="22F8FCC4" w14:textId="6E8B830A" w:rsidR="00DA6B4C" w:rsidRPr="00EF12A5" w:rsidRDefault="00DA6B4C" w:rsidP="0075630F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F12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“I will take the cup of salvation and call upon the name of the Lord. Precious in the sight of the Lord is the death of His saints.”</w:t>
                      </w:r>
                    </w:p>
                    <w:p w14:paraId="4505A725" w14:textId="77777777" w:rsidR="00DA6B4C" w:rsidRPr="00EF12A5" w:rsidRDefault="00DA6B4C" w:rsidP="0075630F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04EA1C46" w14:textId="28900AC7" w:rsidR="00DA6B4C" w:rsidRPr="00845299" w:rsidRDefault="00DA6B4C" w:rsidP="0075630F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845299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Secretary:</w:t>
                      </w:r>
                    </w:p>
                    <w:p w14:paraId="244B5723" w14:textId="344444E8" w:rsidR="00DA6B4C" w:rsidRDefault="00DA6B4C" w:rsidP="0075630F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F12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In my hand, Most Excellent King Solomon, I </w:t>
                      </w:r>
                      <w:r w:rsidR="00BC3CD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mournfully </w:t>
                      </w:r>
                      <w:r w:rsidRPr="00EF12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carry</w:t>
                      </w:r>
                      <w:r w:rsidR="00BC3CD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4B327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the </w:t>
                      </w:r>
                      <w:r w:rsidR="00BC3CD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names of the departed.”</w:t>
                      </w:r>
                    </w:p>
                    <w:p w14:paraId="48BB4377" w14:textId="5318041F" w:rsidR="00BC3CDF" w:rsidRDefault="00BC3CDF" w:rsidP="0075630F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7E73D9D9" w14:textId="07B5FFCB" w:rsidR="00BC3CDF" w:rsidRPr="00845299" w:rsidRDefault="00BC3CDF" w:rsidP="0075630F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845299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King Solomon:</w:t>
                      </w:r>
                    </w:p>
                    <w:p w14:paraId="3D7944AE" w14:textId="22FB22C0" w:rsidR="00BC3CDF" w:rsidRDefault="00BC3CDF" w:rsidP="0075630F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“</w:t>
                      </w:r>
                      <w:r w:rsidRPr="00EF12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Speak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their names.”</w:t>
                      </w:r>
                    </w:p>
                    <w:p w14:paraId="66F5075C" w14:textId="61284B7B" w:rsidR="00BC3CDF" w:rsidRDefault="00BC3CDF" w:rsidP="0075630F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1E49F93" w14:textId="75B6D898" w:rsidR="00BC3CDF" w:rsidRPr="00845299" w:rsidRDefault="00BC3CDF" w:rsidP="0075630F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845299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Secretary</w:t>
                      </w:r>
                      <w:r w:rsidR="007D435A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:</w:t>
                      </w:r>
                    </w:p>
                    <w:p w14:paraId="5B62F592" w14:textId="18B5045B" w:rsidR="00BC3CDF" w:rsidRDefault="00BC3CDF" w:rsidP="0075630F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“As I call your (State, District</w:t>
                      </w:r>
                      <w:r w:rsidR="00AF736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or local Council), please stand in honor of your departed king</w:t>
                      </w:r>
                      <w:r w:rsidR="00AF736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”</w:t>
                      </w:r>
                    </w:p>
                    <w:p w14:paraId="06F0997D" w14:textId="573A2E73" w:rsidR="00BC3CDF" w:rsidRDefault="004B3275" w:rsidP="0075630F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327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The </w:t>
                      </w:r>
                      <w:r w:rsidR="00BC3CDF" w:rsidRPr="009D163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Secretary</w:t>
                      </w:r>
                      <w:r w:rsidR="00BC3CD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will read the names of the departed Kings</w:t>
                      </w:r>
                      <w:r w:rsidR="0037663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4FFD6D3C" w14:textId="4854677F" w:rsidR="0037663E" w:rsidRDefault="0037663E" w:rsidP="0075630F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9133EAA" w14:textId="00A55180" w:rsidR="0037663E" w:rsidRPr="0037663E" w:rsidRDefault="0037663E" w:rsidP="0075630F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37663E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King Solomon:</w:t>
                      </w:r>
                    </w:p>
                    <w:p w14:paraId="61345DA9" w14:textId="26B05734" w:rsidR="0037663E" w:rsidRDefault="0037663E" w:rsidP="0075630F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“Tell </w:t>
                      </w:r>
                      <w:r w:rsidR="00D54CB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Queen of the South, why </w:t>
                      </w:r>
                      <w:r w:rsidR="0099576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have you traveled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so far, and what are your gleanings of our departed Kings?</w:t>
                      </w:r>
                    </w:p>
                    <w:p w14:paraId="1B721D71" w14:textId="77777777" w:rsidR="00B5212B" w:rsidRDefault="00B5212B" w:rsidP="0075630F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7A6DA78" w14:textId="4138D129" w:rsidR="00B5212B" w:rsidRDefault="00BC3CDF" w:rsidP="0075630F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6A3F00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Queen o</w:t>
                      </w:r>
                      <w:r w:rsidR="006A3F00" w:rsidRPr="006A3F00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f</w:t>
                      </w:r>
                      <w:r w:rsidRPr="006A3F00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="00D54CB3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the South</w:t>
                      </w:r>
                      <w:r w:rsidRPr="006A3F00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:</w:t>
                      </w:r>
                    </w:p>
                    <w:p w14:paraId="23031E16" w14:textId="0B7E69F0" w:rsidR="00B5212B" w:rsidRDefault="00166885" w:rsidP="0075630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“</w:t>
                      </w:r>
                      <w:r w:rsidR="00D54CB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Most Excellent King Solomon, r</w:t>
                      </w:r>
                      <w:r w:rsidRPr="00B5212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emember</w:t>
                      </w:r>
                      <w:r w:rsidR="00D54CB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  <w:r w:rsidRPr="00B5212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in </w:t>
                      </w:r>
                      <w:r w:rsidR="002E2A61">
                        <w:t>First Kings, chapter 10, verses 4-5</w:t>
                      </w:r>
                      <w:r w:rsidRPr="00B5212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  <w:r w:rsidR="002E2A6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37663E">
                        <w:rPr>
                          <w:i/>
                        </w:rPr>
                        <w:t>all</w:t>
                      </w:r>
                      <w:r w:rsidR="002E2A61" w:rsidRPr="0037663E">
                        <w:rPr>
                          <w:i/>
                        </w:rPr>
                        <w:t xml:space="preserve"> Israel heard of the king's judgment and honored him, for they saw that God had blessed him with wisdom to lead, discern, and administer justice with righteousness</w:t>
                      </w:r>
                      <w:r w:rsidR="002E2A61">
                        <w:t>.</w:t>
                      </w:r>
                      <w:r w:rsidRPr="006A3F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I place this </w:t>
                      </w:r>
                      <w:r w:rsidR="002E2A6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Scroll of Wisdom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representing the </w:t>
                      </w:r>
                      <w:r w:rsidR="002E2A6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wisdom God has bestowed upon </w:t>
                      </w:r>
                      <w:r w:rsidR="0037663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King </w:t>
                      </w:r>
                      <w:proofErr w:type="gramStart"/>
                      <w:r w:rsidR="0037663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Solomon.“</w:t>
                      </w:r>
                      <w:proofErr w:type="gramEnd"/>
                    </w:p>
                    <w:p w14:paraId="5E5417B9" w14:textId="77777777" w:rsidR="0037663E" w:rsidRDefault="0037663E" w:rsidP="0075630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4F5FDA93" w14:textId="49FC38A7" w:rsidR="00B5212B" w:rsidRPr="007D435A" w:rsidRDefault="00B5212B" w:rsidP="0075630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i/>
                          <w:sz w:val="24"/>
                          <w:szCs w:val="24"/>
                        </w:rPr>
                      </w:pPr>
                      <w:r w:rsidRPr="007D435A">
                        <w:rPr>
                          <w:rFonts w:ascii="Times New Roman" w:hAnsi="Times New Roman" w:cs="Times New Roman"/>
                          <w:b/>
                          <w:bCs/>
                          <w:i/>
                          <w:sz w:val="24"/>
                          <w:szCs w:val="24"/>
                        </w:rPr>
                        <w:t>King Solomon:</w:t>
                      </w:r>
                    </w:p>
                    <w:p w14:paraId="3D91CECD" w14:textId="59D461AA" w:rsidR="00B5212B" w:rsidRPr="00B5212B" w:rsidRDefault="00B5212B" w:rsidP="0075630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“</w:t>
                      </w:r>
                      <w:r w:rsidRPr="00B5212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Tell </w:t>
                      </w:r>
                      <w:r w:rsidR="00D54CB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us</w:t>
                      </w:r>
                      <w:r w:rsidRPr="00B5212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 Bathsheba, Mother and Queen, what are your gleanings of our deceased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Kings?”</w:t>
                      </w:r>
                    </w:p>
                    <w:p w14:paraId="5B462683" w14:textId="77777777" w:rsidR="00B5212B" w:rsidRPr="00B5212B" w:rsidRDefault="00B5212B" w:rsidP="0075630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167AA5A6" w14:textId="2A080BDB" w:rsidR="00B5212B" w:rsidRPr="007D435A" w:rsidRDefault="00B5212B" w:rsidP="0075630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i/>
                          <w:sz w:val="24"/>
                          <w:szCs w:val="24"/>
                        </w:rPr>
                      </w:pPr>
                      <w:r w:rsidRPr="007D435A">
                        <w:rPr>
                          <w:rFonts w:ascii="Times New Roman" w:hAnsi="Times New Roman" w:cs="Times New Roman"/>
                          <w:b/>
                          <w:bCs/>
                          <w:i/>
                          <w:sz w:val="24"/>
                          <w:szCs w:val="24"/>
                        </w:rPr>
                        <w:t>Queen Bathsheba</w:t>
                      </w:r>
                      <w:r w:rsidR="009D1633" w:rsidRPr="007D435A">
                        <w:rPr>
                          <w:rFonts w:ascii="Times New Roman" w:hAnsi="Times New Roman" w:cs="Times New Roman"/>
                          <w:b/>
                          <w:bCs/>
                          <w:i/>
                          <w:sz w:val="24"/>
                          <w:szCs w:val="24"/>
                        </w:rPr>
                        <w:t>:</w:t>
                      </w:r>
                    </w:p>
                    <w:p w14:paraId="4214A036" w14:textId="587DDF91" w:rsidR="00166885" w:rsidRPr="006A3F00" w:rsidRDefault="00166885" w:rsidP="00166885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A3F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“Truly, Most Excellent King Solomon, our departed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Kings</w:t>
                      </w:r>
                      <w:r w:rsidRPr="006A3F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will be missed by all the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Princesses</w:t>
                      </w:r>
                      <w:r w:rsidRPr="006A3F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If it were not so,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 would not have told you</w:t>
                      </w:r>
                      <w:r w:rsidRPr="006A3F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We know that the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6A3F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deepest sorrow to man is the loss of his mother. But the deepest sorrow to a Mother is the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6A3F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loss of her son. I place this </w:t>
                      </w:r>
                      <w:r w:rsidRPr="0016688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Rose</w:t>
                      </w:r>
                      <w:r w:rsidRPr="006A3F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on the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Altar</w:t>
                      </w:r>
                      <w:r w:rsidRPr="006A3F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to symbolize the love of our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departed </w:t>
                      </w:r>
                      <w:r w:rsidRPr="006A3F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Kings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6A3F0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”</w:t>
                      </w:r>
                    </w:p>
                    <w:p w14:paraId="4FC4D7B1" w14:textId="4AEBF916" w:rsidR="00B5212B" w:rsidRPr="007D435A" w:rsidRDefault="00B5212B" w:rsidP="0075630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i/>
                          <w:sz w:val="24"/>
                          <w:szCs w:val="24"/>
                        </w:rPr>
                      </w:pPr>
                      <w:r w:rsidRPr="007D435A">
                        <w:rPr>
                          <w:rFonts w:ascii="Times New Roman" w:hAnsi="Times New Roman" w:cs="Times New Roman"/>
                          <w:b/>
                          <w:bCs/>
                          <w:i/>
                          <w:sz w:val="24"/>
                          <w:szCs w:val="24"/>
                        </w:rPr>
                        <w:t>King Solomon:</w:t>
                      </w:r>
                    </w:p>
                    <w:p w14:paraId="4B22856D" w14:textId="2A5F9117" w:rsidR="00B5212B" w:rsidRPr="00B5212B" w:rsidRDefault="00B5212B" w:rsidP="0075630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</w:pPr>
                      <w:r w:rsidRPr="00B5212B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Takes two steps back (squares corner), walks behind </w:t>
                      </w:r>
                      <w:r w:rsidR="009735FA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Oziel</w:t>
                      </w:r>
                      <w:r w:rsidRPr="00B5212B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 and Queen Bathsheba,</w:t>
                      </w:r>
                    </w:p>
                    <w:p w14:paraId="066590DA" w14:textId="0EA7CD8F" w:rsidR="00B5212B" w:rsidRPr="00B5212B" w:rsidRDefault="00B5212B" w:rsidP="0075630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</w:pPr>
                      <w:r w:rsidRPr="00B5212B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(</w:t>
                      </w:r>
                      <w:r w:rsidR="00D96467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square</w:t>
                      </w:r>
                      <w:r w:rsidRPr="00B5212B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 corner), walks to the front of the </w:t>
                      </w:r>
                      <w:r w:rsidR="001D482B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Altar</w:t>
                      </w:r>
                      <w:r w:rsidRPr="00B5212B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 (squares corner), picks up </w:t>
                      </w:r>
                      <w:r w:rsidR="00D96467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the </w:t>
                      </w:r>
                      <w:r w:rsidRPr="00B5212B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Bible (squares</w:t>
                      </w:r>
                    </w:p>
                    <w:p w14:paraId="01729E0B" w14:textId="3D9F2ACE" w:rsidR="00B5212B" w:rsidRDefault="00B5212B" w:rsidP="0075630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</w:pPr>
                      <w:r w:rsidRPr="00B5212B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corner), turns towards the audience and begins to read</w:t>
                      </w:r>
                      <w:r w:rsidR="008E7B77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="008E7B77" w:rsidRPr="00F76C1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John 14:1</w:t>
                      </w:r>
                      <w:r w:rsidR="008E7B7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-6</w:t>
                      </w:r>
                      <w:r w:rsidRPr="00B5212B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:</w:t>
                      </w:r>
                    </w:p>
                    <w:p w14:paraId="2B3DA598" w14:textId="77777777" w:rsidR="00C7004A" w:rsidRDefault="00C7004A" w:rsidP="0075630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</w:pPr>
                    </w:p>
                    <w:p w14:paraId="7A22C44C" w14:textId="77777777" w:rsidR="00C7004A" w:rsidRPr="00C7004A" w:rsidRDefault="0075630F" w:rsidP="00C7004A">
                      <w:pPr>
                        <w:pStyle w:val="chapter-2"/>
                        <w:shd w:val="clear" w:color="auto" w:fill="F2F2F2" w:themeFill="background1" w:themeFillShade="F2"/>
                        <w:spacing w:before="60" w:beforeAutospacing="0" w:after="200" w:afterAutospacing="0"/>
                        <w:rPr>
                          <w:rStyle w:val="text"/>
                          <w:i/>
                        </w:rPr>
                      </w:pPr>
                      <w:r w:rsidRPr="00C7004A">
                        <w:rPr>
                          <w:i/>
                        </w:rPr>
                        <w:t>“</w:t>
                      </w:r>
                      <w:r w:rsidR="00C7004A" w:rsidRPr="00C7004A">
                        <w:rPr>
                          <w:rStyle w:val="woj"/>
                          <w:i/>
                        </w:rPr>
                        <w:t>Let</w:t>
                      </w:r>
                      <w:r w:rsidR="00C7004A" w:rsidRPr="00C7004A">
                        <w:rPr>
                          <w:rStyle w:val="text"/>
                          <w:i/>
                        </w:rPr>
                        <w:t xml:space="preserve"> </w:t>
                      </w:r>
                      <w:r w:rsidR="00C7004A" w:rsidRPr="00C7004A">
                        <w:rPr>
                          <w:rStyle w:val="woj"/>
                          <w:i/>
                        </w:rPr>
                        <w:t>not your heart be troubled; you believe in God, believe also in Me.</w:t>
                      </w:r>
                    </w:p>
                    <w:p w14:paraId="3A4BFAA2" w14:textId="2C96CD92" w:rsidR="00C7004A" w:rsidRPr="00C7004A" w:rsidRDefault="00C7004A" w:rsidP="00C7004A">
                      <w:pPr>
                        <w:pStyle w:val="chapter-2"/>
                        <w:shd w:val="clear" w:color="auto" w:fill="F2F2F2" w:themeFill="background1" w:themeFillShade="F2"/>
                        <w:spacing w:before="60" w:beforeAutospacing="0" w:after="200" w:afterAutospacing="0"/>
                        <w:rPr>
                          <w:rStyle w:val="text"/>
                          <w:i/>
                        </w:rPr>
                      </w:pPr>
                      <w:r w:rsidRPr="00C7004A">
                        <w:rPr>
                          <w:rStyle w:val="woj"/>
                          <w:i/>
                        </w:rPr>
                        <w:t>In My Father’s house are many</w:t>
                      </w:r>
                      <w:r w:rsidRPr="00C7004A">
                        <w:rPr>
                          <w:rStyle w:val="text"/>
                          <w:i/>
                        </w:rPr>
                        <w:t xml:space="preserve"> </w:t>
                      </w:r>
                      <w:r w:rsidRPr="00C7004A">
                        <w:rPr>
                          <w:rStyle w:val="woj"/>
                          <w:i/>
                        </w:rPr>
                        <w:t xml:space="preserve">mansions; if </w:t>
                      </w:r>
                      <w:r w:rsidRPr="00C7004A">
                        <w:rPr>
                          <w:rStyle w:val="woj"/>
                          <w:i/>
                          <w:iCs/>
                        </w:rPr>
                        <w:t>it were</w:t>
                      </w:r>
                      <w:r w:rsidRPr="00C7004A">
                        <w:rPr>
                          <w:rStyle w:val="woj"/>
                          <w:i/>
                        </w:rPr>
                        <w:t xml:space="preserve"> not </w:t>
                      </w:r>
                      <w:r w:rsidRPr="00C7004A">
                        <w:rPr>
                          <w:rStyle w:val="woj"/>
                          <w:i/>
                          <w:iCs/>
                        </w:rPr>
                        <w:t>so,</w:t>
                      </w:r>
                      <w:r w:rsidRPr="00C7004A">
                        <w:rPr>
                          <w:rStyle w:val="text"/>
                          <w:i/>
                        </w:rPr>
                        <w:t xml:space="preserve"> </w:t>
                      </w:r>
                      <w:r w:rsidRPr="00C7004A">
                        <w:rPr>
                          <w:rStyle w:val="woj"/>
                          <w:i/>
                        </w:rPr>
                        <w:t>I would have told you.</w:t>
                      </w:r>
                      <w:r w:rsidRPr="00C7004A">
                        <w:rPr>
                          <w:rStyle w:val="text"/>
                          <w:i/>
                        </w:rPr>
                        <w:t xml:space="preserve"> </w:t>
                      </w:r>
                      <w:r w:rsidRPr="00C7004A">
                        <w:rPr>
                          <w:rStyle w:val="woj"/>
                          <w:i/>
                        </w:rPr>
                        <w:t>I go to prepare a place for you.</w:t>
                      </w:r>
                      <w:r w:rsidRPr="00C7004A">
                        <w:rPr>
                          <w:rStyle w:val="text"/>
                          <w:i/>
                        </w:rPr>
                        <w:t xml:space="preserve"> </w:t>
                      </w:r>
                    </w:p>
                    <w:p w14:paraId="450F121B" w14:textId="76D68A8C" w:rsidR="00C7004A" w:rsidRPr="00C7004A" w:rsidRDefault="00C7004A" w:rsidP="00C7004A">
                      <w:pPr>
                        <w:pStyle w:val="chapter-2"/>
                        <w:shd w:val="clear" w:color="auto" w:fill="F2F2F2" w:themeFill="background1" w:themeFillShade="F2"/>
                        <w:spacing w:before="60" w:beforeAutospacing="0" w:after="200" w:afterAutospacing="0"/>
                        <w:rPr>
                          <w:rStyle w:val="text"/>
                          <w:i/>
                        </w:rPr>
                      </w:pPr>
                      <w:r w:rsidRPr="00C7004A">
                        <w:rPr>
                          <w:rStyle w:val="woj"/>
                          <w:i/>
                        </w:rPr>
                        <w:t>And if I go and prepare a place for you,</w:t>
                      </w:r>
                      <w:r w:rsidRPr="00C7004A">
                        <w:rPr>
                          <w:rStyle w:val="text"/>
                          <w:i/>
                        </w:rPr>
                        <w:t xml:space="preserve"> </w:t>
                      </w:r>
                      <w:r w:rsidRPr="00C7004A">
                        <w:rPr>
                          <w:rStyle w:val="woj"/>
                          <w:i/>
                        </w:rPr>
                        <w:t>I will come again and receive you to Myself; that</w:t>
                      </w:r>
                      <w:r w:rsidRPr="00C7004A">
                        <w:rPr>
                          <w:rStyle w:val="text"/>
                          <w:i/>
                        </w:rPr>
                        <w:t xml:space="preserve"> </w:t>
                      </w:r>
                      <w:r w:rsidRPr="00C7004A">
                        <w:rPr>
                          <w:rStyle w:val="woj"/>
                          <w:i/>
                        </w:rPr>
                        <w:t xml:space="preserve">where I am, </w:t>
                      </w:r>
                      <w:r w:rsidRPr="00C7004A">
                        <w:rPr>
                          <w:rStyle w:val="woj"/>
                          <w:i/>
                          <w:iCs/>
                        </w:rPr>
                        <w:t>there</w:t>
                      </w:r>
                      <w:r w:rsidRPr="00C7004A">
                        <w:rPr>
                          <w:rStyle w:val="woj"/>
                          <w:i/>
                        </w:rPr>
                        <w:t xml:space="preserve"> you may be also.</w:t>
                      </w:r>
                      <w:r w:rsidRPr="00C7004A">
                        <w:rPr>
                          <w:rStyle w:val="text"/>
                          <w:i/>
                        </w:rPr>
                        <w:t xml:space="preserve"> </w:t>
                      </w:r>
                    </w:p>
                    <w:p w14:paraId="641C20B5" w14:textId="2A625C1C" w:rsidR="00C7004A" w:rsidRPr="00C7004A" w:rsidRDefault="00C7004A" w:rsidP="00C7004A">
                      <w:pPr>
                        <w:pStyle w:val="chapter-2"/>
                        <w:shd w:val="clear" w:color="auto" w:fill="F2F2F2" w:themeFill="background1" w:themeFillShade="F2"/>
                        <w:spacing w:before="60" w:beforeAutospacing="0" w:after="200" w:afterAutospacing="0"/>
                        <w:rPr>
                          <w:i/>
                        </w:rPr>
                      </w:pPr>
                      <w:r w:rsidRPr="00C7004A">
                        <w:rPr>
                          <w:rStyle w:val="woj"/>
                          <w:i/>
                        </w:rPr>
                        <w:t>And where I go you know, and the way you know.”</w:t>
                      </w:r>
                    </w:p>
                    <w:p w14:paraId="261FBD7C" w14:textId="680E5D15" w:rsidR="00C7004A" w:rsidRPr="00C7004A" w:rsidRDefault="00C7004A" w:rsidP="00C7004A">
                      <w:pPr>
                        <w:pStyle w:val="NormalWeb"/>
                        <w:shd w:val="clear" w:color="auto" w:fill="F2F2F2" w:themeFill="background1" w:themeFillShade="F2"/>
                        <w:spacing w:before="60" w:beforeAutospacing="0" w:after="200" w:afterAutospacing="0"/>
                        <w:rPr>
                          <w:i/>
                        </w:rPr>
                      </w:pPr>
                      <w:r w:rsidRPr="00C7004A">
                        <w:rPr>
                          <w:rStyle w:val="text"/>
                          <w:i/>
                        </w:rPr>
                        <w:t xml:space="preserve">Thomas said to Him, </w:t>
                      </w:r>
                      <w:r w:rsidRPr="00C7004A">
                        <w:rPr>
                          <w:rStyle w:val="text"/>
                          <w:b/>
                          <w:i/>
                        </w:rPr>
                        <w:t>Lord, we do not know where You are going, and how can we know the way?</w:t>
                      </w:r>
                    </w:p>
                    <w:p w14:paraId="1B4F3F8A" w14:textId="7643AA06" w:rsidR="0075630F" w:rsidRPr="00C7004A" w:rsidRDefault="00C7004A" w:rsidP="00C7004A">
                      <w:pPr>
                        <w:pStyle w:val="NormalWeb"/>
                        <w:shd w:val="clear" w:color="auto" w:fill="F2F2F2" w:themeFill="background1" w:themeFillShade="F2"/>
                        <w:spacing w:before="60" w:beforeAutospacing="0" w:after="200" w:afterAutospacing="0"/>
                        <w:rPr>
                          <w:i/>
                        </w:rPr>
                      </w:pPr>
                      <w:r w:rsidRPr="00C7004A">
                        <w:rPr>
                          <w:rStyle w:val="text"/>
                          <w:i/>
                        </w:rPr>
                        <w:t xml:space="preserve">Jesus said to him, </w:t>
                      </w:r>
                      <w:r w:rsidRPr="00C7004A">
                        <w:rPr>
                          <w:rStyle w:val="woj"/>
                          <w:b/>
                          <w:i/>
                        </w:rPr>
                        <w:t>I am</w:t>
                      </w:r>
                      <w:r w:rsidRPr="00C7004A">
                        <w:rPr>
                          <w:rStyle w:val="text"/>
                          <w:b/>
                          <w:i/>
                        </w:rPr>
                        <w:t xml:space="preserve"> </w:t>
                      </w:r>
                      <w:r w:rsidRPr="00C7004A">
                        <w:rPr>
                          <w:rStyle w:val="woj"/>
                          <w:b/>
                          <w:i/>
                        </w:rPr>
                        <w:t>the way,</w:t>
                      </w:r>
                      <w:r w:rsidRPr="00C7004A">
                        <w:rPr>
                          <w:rStyle w:val="text"/>
                          <w:b/>
                          <w:i/>
                        </w:rPr>
                        <w:t xml:space="preserve"> </w:t>
                      </w:r>
                      <w:r w:rsidRPr="00C7004A">
                        <w:rPr>
                          <w:rStyle w:val="woj"/>
                          <w:b/>
                          <w:i/>
                        </w:rPr>
                        <w:t>the truth, and</w:t>
                      </w:r>
                      <w:r w:rsidRPr="00C7004A">
                        <w:rPr>
                          <w:rStyle w:val="text"/>
                          <w:b/>
                          <w:i/>
                        </w:rPr>
                        <w:t xml:space="preserve"> </w:t>
                      </w:r>
                      <w:r w:rsidRPr="00C7004A">
                        <w:rPr>
                          <w:rStyle w:val="woj"/>
                          <w:b/>
                          <w:i/>
                        </w:rPr>
                        <w:t>the life.</w:t>
                      </w:r>
                      <w:r w:rsidRPr="00C7004A">
                        <w:rPr>
                          <w:rStyle w:val="text"/>
                          <w:b/>
                          <w:i/>
                        </w:rPr>
                        <w:t xml:space="preserve"> </w:t>
                      </w:r>
                      <w:r w:rsidRPr="00C7004A">
                        <w:rPr>
                          <w:rStyle w:val="woj"/>
                          <w:b/>
                          <w:i/>
                        </w:rPr>
                        <w:t>No one comes to the Father</w:t>
                      </w:r>
                      <w:r w:rsidRPr="00C7004A">
                        <w:rPr>
                          <w:rStyle w:val="text"/>
                          <w:b/>
                          <w:i/>
                        </w:rPr>
                        <w:t xml:space="preserve"> </w:t>
                      </w:r>
                      <w:r w:rsidRPr="00C7004A">
                        <w:rPr>
                          <w:rStyle w:val="woj"/>
                          <w:b/>
                          <w:i/>
                        </w:rPr>
                        <w:t>except through Me</w:t>
                      </w:r>
                      <w:r w:rsidRPr="00C7004A">
                        <w:rPr>
                          <w:rStyle w:val="woj"/>
                          <w:i/>
                        </w:rPr>
                        <w:t>.</w:t>
                      </w:r>
                      <w:r w:rsidR="0075630F" w:rsidRPr="00C7004A">
                        <w:rPr>
                          <w:i/>
                        </w:rPr>
                        <w:t>”</w:t>
                      </w:r>
                    </w:p>
                    <w:p w14:paraId="2530CB48" w14:textId="77777777" w:rsidR="009735FA" w:rsidRDefault="009735FA" w:rsidP="0075630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3D62041" w14:textId="19897D9A" w:rsidR="00B5212B" w:rsidRPr="00B5212B" w:rsidRDefault="00B5212B" w:rsidP="0075630F">
                      <w:pPr>
                        <w:spacing w:after="0"/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</w:pPr>
                      <w:r w:rsidRPr="0046149B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>King Solomon</w:t>
                      </w:r>
                      <w:r w:rsidRPr="009735FA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Pr="00B5212B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returns the Bible to the </w:t>
                      </w:r>
                      <w:r w:rsidR="001D482B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Altar</w:t>
                      </w:r>
                      <w:r w:rsidRPr="00B5212B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 and returns to his place behind the </w:t>
                      </w:r>
                      <w:r w:rsidR="00B22931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altar, squaring corners</w:t>
                      </w:r>
                      <w:r w:rsidRPr="00B5212B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.</w:t>
                      </w:r>
                    </w:p>
                    <w:p w14:paraId="51B9E86F" w14:textId="77777777" w:rsidR="009735FA" w:rsidRPr="00985CF7" w:rsidRDefault="009735FA" w:rsidP="0075630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</w:pPr>
                    </w:p>
                    <w:p w14:paraId="60A668F8" w14:textId="55F8D150" w:rsidR="00B5212B" w:rsidRPr="00B5212B" w:rsidRDefault="0001722D" w:rsidP="0075630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 xml:space="preserve">Queen Bathsheba </w:t>
                      </w:r>
                      <w:r w:rsidRPr="0001722D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and </w:t>
                      </w:r>
                      <w:r w:rsidR="00B5212B" w:rsidRPr="0046149B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 xml:space="preserve">Queen of </w:t>
                      </w:r>
                      <w:r w:rsidR="00D54CB3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>the South</w:t>
                      </w:r>
                      <w:r w:rsidR="00B5212B" w:rsidRPr="009735FA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take</w:t>
                      </w:r>
                      <w:r w:rsidR="00B5212B" w:rsidRPr="00B5212B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 a step forward.</w:t>
                      </w:r>
                    </w:p>
                    <w:p w14:paraId="4CDC1928" w14:textId="77777777" w:rsidR="009735FA" w:rsidRPr="00985CF7" w:rsidRDefault="009735FA" w:rsidP="0075630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B15CCFB" w14:textId="50F01039" w:rsidR="00B5212B" w:rsidRPr="00B5212B" w:rsidRDefault="00B5212B" w:rsidP="0075630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</w:pPr>
                      <w:r w:rsidRPr="0046149B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>Organist</w:t>
                      </w:r>
                      <w:r w:rsidRPr="00B5212B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 begins to play </w:t>
                      </w:r>
                      <w:r w:rsidRPr="00F214F6">
                        <w:rPr>
                          <w:rFonts w:ascii="Times New Roman" w:hAnsi="Times New Roman" w:cs="Times New Roman"/>
                          <w:b/>
                          <w:iCs/>
                          <w:sz w:val="24"/>
                          <w:szCs w:val="24"/>
                        </w:rPr>
                        <w:t>“Tomorrow”</w:t>
                      </w:r>
                      <w:r w:rsidRPr="00B5212B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 (first verse and chorus only).</w:t>
                      </w:r>
                    </w:p>
                    <w:p w14:paraId="316843E0" w14:textId="77777777" w:rsidR="009735FA" w:rsidRPr="00985CF7" w:rsidRDefault="009735FA" w:rsidP="0075630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E659FB0" w14:textId="7E2F76B7" w:rsidR="00B5212B" w:rsidRDefault="0001722D" w:rsidP="0075630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 xml:space="preserve">Queen Bathsheba </w:t>
                      </w:r>
                      <w:r w:rsidRPr="0001722D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and </w:t>
                      </w:r>
                      <w:r w:rsidRPr="0046149B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 xml:space="preserve">Queen of </w:t>
                      </w:r>
                      <w:r w:rsidR="00D54CB3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>the South</w:t>
                      </w:r>
                      <w:r w:rsidRPr="009735FA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step</w:t>
                      </w:r>
                      <w:r w:rsidR="00B5212B" w:rsidRPr="00B5212B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 back into line.</w:t>
                      </w:r>
                    </w:p>
                    <w:p w14:paraId="26F7B7A4" w14:textId="084CD11E" w:rsidR="003C1C49" w:rsidRPr="00734ED2" w:rsidRDefault="003C1C49" w:rsidP="0075630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05FF2AC4" w14:textId="4517D42B" w:rsidR="003C1C49" w:rsidRDefault="003C1C49" w:rsidP="0075630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734ED2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  <w:u w:val="single"/>
                        </w:rPr>
                        <w:t>3 gavel raps</w:t>
                      </w:r>
                    </w:p>
                    <w:p w14:paraId="3E333C0E" w14:textId="77777777" w:rsidR="00921AB0" w:rsidRDefault="00921AB0" w:rsidP="0075630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8466ABC" w14:textId="1CDEA457" w:rsidR="00CB164D" w:rsidRPr="00921AB0" w:rsidRDefault="00CB164D" w:rsidP="0075630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</w:pPr>
                      <w:r w:rsidRPr="00921AB0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>King Solomon</w:t>
                      </w:r>
                      <w:r w:rsidR="00921AB0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>:</w:t>
                      </w:r>
                    </w:p>
                    <w:p w14:paraId="2D288C52" w14:textId="6F20576E" w:rsidR="00CB164D" w:rsidRPr="00921AB0" w:rsidRDefault="00921AB0" w:rsidP="0075630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“</w:t>
                      </w:r>
                      <w:r w:rsidR="00CB164D" w:rsidRPr="00921AB0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Chaplain, give us a </w:t>
                      </w:r>
                      <w:r w:rsidRPr="00921AB0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Prayer of Comfort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.</w:t>
                      </w:r>
                      <w:r w:rsidRPr="00921AB0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”</w:t>
                      </w:r>
                    </w:p>
                    <w:p w14:paraId="208F0500" w14:textId="77777777" w:rsidR="009735FA" w:rsidRPr="00B5212B" w:rsidRDefault="009735FA" w:rsidP="0075630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</w:pPr>
                    </w:p>
                    <w:p w14:paraId="7D499879" w14:textId="7B4E610E" w:rsidR="00B5212B" w:rsidRDefault="009735FA" w:rsidP="0075630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</w:pPr>
                      <w:r w:rsidRPr="0046149B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>Chaplain</w:t>
                      </w:r>
                      <w:r w:rsidR="00B5212B" w:rsidRPr="00B5212B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="003C1C49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s</w:t>
                      </w:r>
                      <w:r w:rsidR="00B5212B" w:rsidRPr="00B5212B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teps forward</w:t>
                      </w:r>
                      <w:r w:rsidR="00B22931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 to offer</w:t>
                      </w:r>
                      <w:r w:rsidR="00B5212B" w:rsidRPr="00B5212B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="00140FEE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  <w:u w:val="single"/>
                        </w:rPr>
                        <w:t>a</w:t>
                      </w:r>
                      <w:r w:rsidR="00921AB0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prayer</w:t>
                      </w:r>
                      <w:r w:rsidR="00140FEE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of comfort</w:t>
                      </w:r>
                      <w:r w:rsidR="00B5212B" w:rsidRPr="009735FA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="00B5212B" w:rsidRPr="00B5212B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and steps back in line when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="00B5212B" w:rsidRPr="00B5212B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done.</w:t>
                      </w:r>
                    </w:p>
                    <w:p w14:paraId="57CA534F" w14:textId="07EAD61E" w:rsidR="009735FA" w:rsidRDefault="009735FA" w:rsidP="0075630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A206813" w14:textId="52C76719" w:rsidR="004262E9" w:rsidRDefault="009735FA" w:rsidP="0075630F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6149B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Organist</w:t>
                      </w:r>
                      <w:r w:rsidRPr="0046149B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Pr="00EF12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plays </w:t>
                      </w:r>
                      <w:r w:rsidR="004262E9" w:rsidRPr="004262E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“</w:t>
                      </w:r>
                      <w:r w:rsidR="000A136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He’ll Welcome Me</w:t>
                      </w:r>
                      <w:r w:rsidR="004262E9" w:rsidRPr="004262E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” </w:t>
                      </w:r>
                    </w:p>
                    <w:p w14:paraId="1F769AAF" w14:textId="77777777" w:rsidR="004262E9" w:rsidRDefault="004262E9" w:rsidP="0075630F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63B4D71" w14:textId="21359679" w:rsidR="009735FA" w:rsidRPr="00EF12A5" w:rsidRDefault="009735FA" w:rsidP="0075630F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F12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Procession exits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side by side and lines up in the back</w:t>
                      </w:r>
                      <w:r w:rsidR="00DC16F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 leaving a space in the middle for King Solomon.</w:t>
                      </w:r>
                    </w:p>
                    <w:p w14:paraId="3F2315C6" w14:textId="77777777" w:rsidR="0075630F" w:rsidRDefault="0075630F" w:rsidP="0075630F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14:paraId="14894B46" w14:textId="1BE5692C" w:rsidR="009735FA" w:rsidRPr="0046149B" w:rsidRDefault="009735FA" w:rsidP="0075630F">
                      <w:pPr>
                        <w:spacing w:after="0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46149B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King Solomon</w:t>
                      </w:r>
                    </w:p>
                    <w:p w14:paraId="3C16D05A" w14:textId="77F133D6" w:rsidR="009735FA" w:rsidRDefault="00985CF7" w:rsidP="0075630F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</w:t>
                      </w:r>
                      <w:r w:rsidR="009735FA" w:rsidRPr="00985CF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lows out </w:t>
                      </w:r>
                      <w:r w:rsidR="00AA63C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the </w:t>
                      </w:r>
                      <w:r w:rsidR="009735FA" w:rsidRPr="00985CF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candles</w:t>
                      </w:r>
                      <w:r w:rsidR="00AA63C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51C106E7" w14:textId="77069474" w:rsidR="00985CF7" w:rsidRDefault="00985CF7" w:rsidP="0075630F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Walks around the </w:t>
                      </w:r>
                      <w:r w:rsidR="001D482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Altar</w:t>
                      </w:r>
                      <w:r w:rsidR="00DC16F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and down the aisle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to the middle of the </w:t>
                      </w:r>
                      <w:r w:rsidR="00B2293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procession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in the back</w:t>
                      </w:r>
                      <w:r w:rsidR="00AA63C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527A16FB" w14:textId="4FEE9288" w:rsidR="00C7004A" w:rsidRDefault="000A136B" w:rsidP="0075630F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Kings will say </w:t>
                      </w:r>
                      <w:r w:rsidR="00C700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“So Mote It Be” 3xs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(Queens will say “So May It Be”)</w:t>
                      </w:r>
                    </w:p>
                    <w:p w14:paraId="5243E08A" w14:textId="52EA6482" w:rsidR="009735FA" w:rsidRPr="00985CF7" w:rsidRDefault="00985CF7" w:rsidP="0075630F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85CF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He says</w:t>
                      </w:r>
                      <w:r w:rsidR="00B2293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  <w:r w:rsidRPr="00985CF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9735FA" w:rsidRPr="00985CF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“This </w:t>
                      </w:r>
                      <w:r w:rsidR="000A136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concludes</w:t>
                      </w:r>
                      <w:r w:rsidR="009735FA" w:rsidRPr="00985CF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0A136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the King </w:t>
                      </w:r>
                      <w:r w:rsidR="000A136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Solomons</w:t>
                      </w:r>
                      <w:bookmarkStart w:id="1" w:name="_GoBack"/>
                      <w:bookmarkEnd w:id="1"/>
                      <w:r w:rsidR="009735FA" w:rsidRPr="00985CF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Memorial Ceremony.”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D9FFC7" w14:textId="693070EA" w:rsidR="00BC349D" w:rsidRPr="00EF12A5" w:rsidRDefault="00845299">
      <w:pPr>
        <w:rPr>
          <w:rFonts w:ascii="Times New Roman" w:hAnsi="Times New Roman" w:cs="Times New Roman"/>
          <w:sz w:val="24"/>
          <w:szCs w:val="24"/>
        </w:rPr>
      </w:pPr>
      <w:r w:rsidRPr="00845299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268A724" wp14:editId="15EFB0A0">
                <wp:simplePos x="0" y="0"/>
                <wp:positionH relativeFrom="column">
                  <wp:posOffset>-158115</wp:posOffset>
                </wp:positionH>
                <wp:positionV relativeFrom="paragraph">
                  <wp:posOffset>0</wp:posOffset>
                </wp:positionV>
                <wp:extent cx="7570470" cy="7880985"/>
                <wp:effectExtent l="0" t="0" r="11430" b="2476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70470" cy="788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linkedTxbx id="6" seq="1"/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8A724" id="_x0000_s1032" type="#_x0000_t202" style="position:absolute;margin-left:-12.45pt;margin-top:0;width:596.1pt;height:620.5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">
                <v:textbox>
                  <w:txbxContent/>
                </v:textbox>
                <w10:wrap type="square"/>
              </v:shape>
            </w:pict>
          </mc:Fallback>
        </mc:AlternateContent>
      </w:r>
    </w:p>
    <w:sectPr w:rsidR="00BC349D" w:rsidRPr="00EF12A5" w:rsidSect="00CB164D">
      <w:headerReference w:type="default" r:id="rId16"/>
      <w:footerReference w:type="default" r:id="rId17"/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C5AEC4" w14:textId="77777777" w:rsidR="006E10E2" w:rsidRDefault="006E10E2" w:rsidP="006E2B97">
      <w:pPr>
        <w:spacing w:after="0" w:line="240" w:lineRule="auto"/>
      </w:pPr>
      <w:r>
        <w:separator/>
      </w:r>
    </w:p>
  </w:endnote>
  <w:endnote w:type="continuationSeparator" w:id="0">
    <w:p w14:paraId="22919C30" w14:textId="77777777" w:rsidR="006E10E2" w:rsidRDefault="006E10E2" w:rsidP="006E2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8E371E" w14:textId="488A5DCE" w:rsidR="00EF12A5" w:rsidRDefault="00F214F6" w:rsidP="00D96467">
    <w:pPr>
      <w:spacing w:after="0"/>
      <w:jc w:val="right"/>
      <w:rPr>
        <w:rFonts w:ascii="Times New Roman" w:hAnsi="Times New Roman" w:cs="Times New Roman"/>
        <w:sz w:val="20"/>
        <w:szCs w:val="20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4CB3F84E" wp14:editId="1EA2DAA4">
          <wp:simplePos x="0" y="0"/>
          <wp:positionH relativeFrom="column">
            <wp:posOffset>-81461</wp:posOffset>
          </wp:positionH>
          <wp:positionV relativeFrom="paragraph">
            <wp:posOffset>-28757</wp:posOffset>
          </wp:positionV>
          <wp:extent cx="744665" cy="620485"/>
          <wp:effectExtent l="0" t="0" r="0" b="8255"/>
          <wp:wrapNone/>
          <wp:docPr id="26" name="Picture 26" descr="Abstract in loving memory logo design in vector quality. Abstract memorial logo design with cross and heart in vector qualit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7" descr="Abstract in loving memory logo design in vector quality. Abstract memorial logo design with cross and heart in vector quality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665" cy="620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12A5" w:rsidRPr="00EF12A5">
      <w:rPr>
        <w:rFonts w:ascii="Times New Roman" w:hAnsi="Times New Roman" w:cs="Times New Roman"/>
        <w:sz w:val="20"/>
        <w:szCs w:val="20"/>
      </w:rPr>
      <w:t>Rev. 2.0 (0</w:t>
    </w:r>
    <w:r w:rsidR="00C7004A">
      <w:rPr>
        <w:rFonts w:ascii="Times New Roman" w:hAnsi="Times New Roman" w:cs="Times New Roman"/>
        <w:sz w:val="20"/>
        <w:szCs w:val="20"/>
      </w:rPr>
      <w:t>8</w:t>
    </w:r>
    <w:r w:rsidR="00EF12A5" w:rsidRPr="00EF12A5">
      <w:rPr>
        <w:rFonts w:ascii="Times New Roman" w:hAnsi="Times New Roman" w:cs="Times New Roman"/>
        <w:sz w:val="20"/>
        <w:szCs w:val="20"/>
      </w:rPr>
      <w:t>/2026)</w:t>
    </w:r>
  </w:p>
  <w:p w14:paraId="3E38E197" w14:textId="56DDC1C1" w:rsidR="00D96467" w:rsidRPr="007778BB" w:rsidRDefault="00D96467" w:rsidP="00D96467">
    <w:pPr>
      <w:spacing w:after="0"/>
      <w:jc w:val="right"/>
      <w:rPr>
        <w:sz w:val="16"/>
        <w:szCs w:val="16"/>
      </w:rPr>
    </w:pPr>
    <w:r w:rsidRPr="007778BB">
      <w:rPr>
        <w:sz w:val="16"/>
        <w:szCs w:val="16"/>
      </w:rPr>
      <w:t>Prince Karon L. Wheeler – Supreme King Solomon</w:t>
    </w:r>
  </w:p>
  <w:p w14:paraId="53D14485" w14:textId="3091EC3A" w:rsidR="00D96467" w:rsidRPr="007778BB" w:rsidRDefault="00D96467" w:rsidP="00D96467">
    <w:pPr>
      <w:spacing w:after="0"/>
      <w:jc w:val="right"/>
      <w:rPr>
        <w:sz w:val="16"/>
        <w:szCs w:val="16"/>
      </w:rPr>
    </w:pPr>
    <w:r w:rsidRPr="007778BB">
      <w:rPr>
        <w:sz w:val="16"/>
        <w:szCs w:val="16"/>
      </w:rPr>
      <w:t>Prince Leroy C. Cain – Dep. Supreme King Solomon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DFCC2D" w14:textId="77777777" w:rsidR="006E10E2" w:rsidRDefault="006E10E2" w:rsidP="006E2B97">
      <w:pPr>
        <w:spacing w:after="0" w:line="240" w:lineRule="auto"/>
      </w:pPr>
      <w:r>
        <w:separator/>
      </w:r>
    </w:p>
  </w:footnote>
  <w:footnote w:type="continuationSeparator" w:id="0">
    <w:p w14:paraId="36A4C9A0" w14:textId="77777777" w:rsidR="006E10E2" w:rsidRDefault="006E10E2" w:rsidP="006E2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0D35AD" w14:textId="329AB0DB" w:rsidR="006E2B97" w:rsidRPr="00985CF7" w:rsidRDefault="0096643F" w:rsidP="006E2B97">
    <w:pPr>
      <w:pStyle w:val="Header"/>
      <w:jc w:val="center"/>
      <w:rPr>
        <w:sz w:val="24"/>
        <w:szCs w:val="24"/>
        <w:highlight w:val="lightGray"/>
      </w:rPr>
    </w:pPr>
    <w:r>
      <w:rPr>
        <w:b/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461FBD82" wp14:editId="10DB3890">
          <wp:simplePos x="0" y="0"/>
          <wp:positionH relativeFrom="column">
            <wp:posOffset>6814185</wp:posOffset>
          </wp:positionH>
          <wp:positionV relativeFrom="paragraph">
            <wp:posOffset>-164465</wp:posOffset>
          </wp:positionV>
          <wp:extent cx="492002" cy="484052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with Green Borde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2002" cy="4840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14F6">
      <w:rPr>
        <w:b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400722FC" wp14:editId="24F2C779">
          <wp:simplePos x="0" y="0"/>
          <wp:positionH relativeFrom="column">
            <wp:posOffset>24130</wp:posOffset>
          </wp:positionH>
          <wp:positionV relativeFrom="paragraph">
            <wp:posOffset>-163195</wp:posOffset>
          </wp:positionV>
          <wp:extent cx="492002" cy="484052"/>
          <wp:effectExtent l="0" t="0" r="381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with Green Borde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2002" cy="4840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2B97" w:rsidRPr="00985CF7">
      <w:rPr>
        <w:sz w:val="24"/>
        <w:szCs w:val="24"/>
        <w:highlight w:val="lightGray"/>
      </w:rPr>
      <w:t>International Free &amp; Accepted Modern Masons, Inc.</w:t>
    </w:r>
  </w:p>
  <w:p w14:paraId="7911F68C" w14:textId="15F7A40F" w:rsidR="006E2B97" w:rsidRPr="006E2B97" w:rsidRDefault="006E2B97" w:rsidP="006E2B97">
    <w:pPr>
      <w:pStyle w:val="Header"/>
      <w:jc w:val="center"/>
      <w:rPr>
        <w:b/>
        <w:sz w:val="28"/>
        <w:szCs w:val="28"/>
      </w:rPr>
    </w:pPr>
    <w:r w:rsidRPr="00985CF7">
      <w:rPr>
        <w:b/>
        <w:sz w:val="28"/>
        <w:szCs w:val="28"/>
        <w:highlight w:val="lightGray"/>
      </w:rPr>
      <w:t>Ill. Layton Sw</w:t>
    </w:r>
    <w:r w:rsidR="00010142">
      <w:rPr>
        <w:b/>
        <w:sz w:val="28"/>
        <w:szCs w:val="28"/>
        <w:highlight w:val="lightGray"/>
      </w:rPr>
      <w:t>in</w:t>
    </w:r>
    <w:r w:rsidRPr="00985CF7">
      <w:rPr>
        <w:b/>
        <w:sz w:val="28"/>
        <w:szCs w:val="28"/>
        <w:highlight w:val="lightGray"/>
      </w:rPr>
      <w:t>ney</w:t>
    </w:r>
    <w:r w:rsidR="00D96467">
      <w:rPr>
        <w:b/>
        <w:sz w:val="28"/>
        <w:szCs w:val="28"/>
        <w:highlight w:val="lightGray"/>
      </w:rPr>
      <w:t>, 33⁰</w:t>
    </w:r>
    <w:r w:rsidRPr="00985CF7">
      <w:rPr>
        <w:b/>
        <w:sz w:val="28"/>
        <w:szCs w:val="28"/>
        <w:highlight w:val="lightGray"/>
      </w:rPr>
      <w:t xml:space="preserve"> Supreme King Solomon's </w:t>
    </w:r>
    <w:r w:rsidR="009D1633">
      <w:rPr>
        <w:b/>
        <w:sz w:val="28"/>
        <w:szCs w:val="28"/>
        <w:highlight w:val="lightGray"/>
      </w:rPr>
      <w:t>&amp;</w:t>
    </w:r>
    <w:r w:rsidRPr="00985CF7">
      <w:rPr>
        <w:b/>
        <w:sz w:val="28"/>
        <w:szCs w:val="28"/>
        <w:highlight w:val="lightGray"/>
      </w:rPr>
      <w:t xml:space="preserve"> Patron</w:t>
    </w:r>
    <w:r w:rsidR="00D96467">
      <w:rPr>
        <w:b/>
        <w:sz w:val="28"/>
        <w:szCs w:val="28"/>
        <w:highlight w:val="lightGray"/>
      </w:rPr>
      <w:t>’</w:t>
    </w:r>
    <w:r w:rsidRPr="00985CF7">
      <w:rPr>
        <w:b/>
        <w:sz w:val="28"/>
        <w:szCs w:val="28"/>
        <w:highlight w:val="lightGray"/>
      </w:rPr>
      <w:t>s Council</w:t>
    </w:r>
  </w:p>
  <w:p w14:paraId="146ADD5B" w14:textId="1550634D" w:rsidR="00416D07" w:rsidRDefault="005B7F0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1779A70" wp14:editId="410431EE">
              <wp:simplePos x="0" y="0"/>
              <wp:positionH relativeFrom="margin">
                <wp:posOffset>320856</wp:posOffset>
              </wp:positionH>
              <wp:positionV relativeFrom="paragraph">
                <wp:posOffset>86088</wp:posOffset>
              </wp:positionV>
              <wp:extent cx="6721928" cy="38100"/>
              <wp:effectExtent l="38100" t="38100" r="60325" b="9525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721928" cy="3810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8FF8AA2" id="Straight Connector 8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5.25pt,6.8pt" to="554.5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" strokecolor="#4f81bd [3204]" strokeweight="2pt">
              <v:shadow on="t" color="black" opacity="24903f" origin=",.5" offset="0,.55556mm"/>
              <w10:wrap anchorx="margin"/>
            </v:line>
          </w:pict>
        </mc:Fallback>
      </mc:AlternateContent>
    </w:r>
  </w:p>
  <w:p w14:paraId="6331E677" w14:textId="307BB80C" w:rsidR="006E2B97" w:rsidRDefault="006E2B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D943CC"/>
    <w:multiLevelType w:val="hybridMultilevel"/>
    <w:tmpl w:val="33FA4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E40418"/>
    <w:multiLevelType w:val="hybridMultilevel"/>
    <w:tmpl w:val="8B84C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8342F7"/>
    <w:multiLevelType w:val="hybridMultilevel"/>
    <w:tmpl w:val="84E82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C56CCF"/>
    <w:multiLevelType w:val="hybridMultilevel"/>
    <w:tmpl w:val="FC3C4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94797C"/>
    <w:multiLevelType w:val="hybridMultilevel"/>
    <w:tmpl w:val="BF7EE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5D75A5"/>
    <w:multiLevelType w:val="hybridMultilevel"/>
    <w:tmpl w:val="F46C7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4A556A"/>
    <w:multiLevelType w:val="hybridMultilevel"/>
    <w:tmpl w:val="15AE3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15"/>
  </w:num>
  <w:num w:numId="12">
    <w:abstractNumId w:val="14"/>
  </w:num>
  <w:num w:numId="13">
    <w:abstractNumId w:val="9"/>
  </w:num>
  <w:num w:numId="14">
    <w:abstractNumId w:val="13"/>
  </w:num>
  <w:num w:numId="15">
    <w:abstractNumId w:val="1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0142"/>
    <w:rsid w:val="0001722D"/>
    <w:rsid w:val="00034616"/>
    <w:rsid w:val="0003736D"/>
    <w:rsid w:val="0006063C"/>
    <w:rsid w:val="000A136B"/>
    <w:rsid w:val="000F3594"/>
    <w:rsid w:val="00101753"/>
    <w:rsid w:val="00135BA5"/>
    <w:rsid w:val="00140FEE"/>
    <w:rsid w:val="0015074B"/>
    <w:rsid w:val="00165F9E"/>
    <w:rsid w:val="00166885"/>
    <w:rsid w:val="00173241"/>
    <w:rsid w:val="001B2940"/>
    <w:rsid w:val="001C0291"/>
    <w:rsid w:val="001C58A8"/>
    <w:rsid w:val="001D482B"/>
    <w:rsid w:val="002067A4"/>
    <w:rsid w:val="00254BE7"/>
    <w:rsid w:val="0029639D"/>
    <w:rsid w:val="002D28DB"/>
    <w:rsid w:val="002E2A61"/>
    <w:rsid w:val="00326F90"/>
    <w:rsid w:val="003372A1"/>
    <w:rsid w:val="0037663E"/>
    <w:rsid w:val="003A4F60"/>
    <w:rsid w:val="003C1C49"/>
    <w:rsid w:val="00416D07"/>
    <w:rsid w:val="004227AB"/>
    <w:rsid w:val="004262E9"/>
    <w:rsid w:val="0046149B"/>
    <w:rsid w:val="004B3275"/>
    <w:rsid w:val="00537300"/>
    <w:rsid w:val="005A0C00"/>
    <w:rsid w:val="005B7F09"/>
    <w:rsid w:val="006539A1"/>
    <w:rsid w:val="006A3F00"/>
    <w:rsid w:val="006B33E7"/>
    <w:rsid w:val="006E10E2"/>
    <w:rsid w:val="006E2B97"/>
    <w:rsid w:val="006E4044"/>
    <w:rsid w:val="00734ED2"/>
    <w:rsid w:val="0075630F"/>
    <w:rsid w:val="007778BB"/>
    <w:rsid w:val="007A5BBF"/>
    <w:rsid w:val="007D435A"/>
    <w:rsid w:val="007E428D"/>
    <w:rsid w:val="00827EBC"/>
    <w:rsid w:val="00845299"/>
    <w:rsid w:val="00854DA9"/>
    <w:rsid w:val="00880349"/>
    <w:rsid w:val="008C2363"/>
    <w:rsid w:val="008E7B77"/>
    <w:rsid w:val="009110BE"/>
    <w:rsid w:val="009165B9"/>
    <w:rsid w:val="00921AB0"/>
    <w:rsid w:val="0092701B"/>
    <w:rsid w:val="0096643F"/>
    <w:rsid w:val="009735FA"/>
    <w:rsid w:val="0097568E"/>
    <w:rsid w:val="00981F00"/>
    <w:rsid w:val="00985CF7"/>
    <w:rsid w:val="0099576A"/>
    <w:rsid w:val="009B4017"/>
    <w:rsid w:val="009D1633"/>
    <w:rsid w:val="009D1D8B"/>
    <w:rsid w:val="00A40E8D"/>
    <w:rsid w:val="00A53B32"/>
    <w:rsid w:val="00A677E5"/>
    <w:rsid w:val="00AA1D8D"/>
    <w:rsid w:val="00AA63C4"/>
    <w:rsid w:val="00AD3526"/>
    <w:rsid w:val="00AD67A6"/>
    <w:rsid w:val="00AF7365"/>
    <w:rsid w:val="00B22931"/>
    <w:rsid w:val="00B47730"/>
    <w:rsid w:val="00B5212B"/>
    <w:rsid w:val="00B90280"/>
    <w:rsid w:val="00BC2F0A"/>
    <w:rsid w:val="00BC349D"/>
    <w:rsid w:val="00BC3CDF"/>
    <w:rsid w:val="00C055D2"/>
    <w:rsid w:val="00C118BC"/>
    <w:rsid w:val="00C31EDD"/>
    <w:rsid w:val="00C7004A"/>
    <w:rsid w:val="00CB0664"/>
    <w:rsid w:val="00CB164D"/>
    <w:rsid w:val="00D54CB3"/>
    <w:rsid w:val="00D81476"/>
    <w:rsid w:val="00D96467"/>
    <w:rsid w:val="00DA6B4C"/>
    <w:rsid w:val="00DC16FA"/>
    <w:rsid w:val="00DD030B"/>
    <w:rsid w:val="00E62574"/>
    <w:rsid w:val="00EF12A5"/>
    <w:rsid w:val="00EF7CCF"/>
    <w:rsid w:val="00F214F6"/>
    <w:rsid w:val="00F76C1B"/>
    <w:rsid w:val="00F852D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90467C5"/>
  <w14:defaultImageDpi w14:val="300"/>
  <w15:docId w15:val="{3A0BB53E-A260-4BC4-AC43-6F1E7C67D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756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B164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164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6643F"/>
    <w:rPr>
      <w:color w:val="800080" w:themeColor="followedHyperlink"/>
      <w:u w:val="single"/>
    </w:rPr>
  </w:style>
  <w:style w:type="paragraph" w:customStyle="1" w:styleId="chapter-2">
    <w:name w:val="chapter-2"/>
    <w:basedOn w:val="Normal"/>
    <w:rsid w:val="00C70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basedOn w:val="DefaultParagraphFont"/>
    <w:rsid w:val="00C7004A"/>
  </w:style>
  <w:style w:type="character" w:customStyle="1" w:styleId="woj">
    <w:name w:val="woj"/>
    <w:basedOn w:val="DefaultParagraphFont"/>
    <w:rsid w:val="00C700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69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8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57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25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64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60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88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198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8311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22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98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702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77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157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67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92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954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5351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46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6963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062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02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25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076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66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13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692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666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4269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31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5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142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295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636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362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3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60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1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6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4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606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236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8405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05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81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46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662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28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991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37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609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6998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162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0733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1964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363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945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226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19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0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63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585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473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72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6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965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269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502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096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6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Hg0Q8C_EE4" TargetMode="External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results?search_query=he+will+welcome+me+home+by+john+p.kee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wHg0Q8C_EE4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0.png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results?search_query=he+will+welcome+me+home+by+john+p.kee" TargetMode="External"/><Relationship Id="rId14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447D422-955B-4F62-A6DC-6073CD45B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1014</TotalTime>
  <Pages>3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Karon Wheeler</cp:lastModifiedBy>
  <cp:revision>8</cp:revision>
  <dcterms:created xsi:type="dcterms:W3CDTF">2026-06-02T01:32:00Z</dcterms:created>
  <dcterms:modified xsi:type="dcterms:W3CDTF">2026-08-10T14:21:00Z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1de3a919-f148-419c-9c63-25bc3c77c6f6</vt:lpwstr>
  </property>
</Properties>
</file>